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B1591" w14:textId="77777777" w:rsidR="00B4287A" w:rsidRPr="00B4287A" w:rsidRDefault="00B4287A" w:rsidP="00B4287A">
      <w:pPr>
        <w:pStyle w:val="StatementTitle"/>
        <w:keepNext/>
        <w:keepLines/>
      </w:pPr>
      <w:r w:rsidRPr="00B4287A">
        <w:t>EU DECLARATION OF CONFORMITY</w:t>
      </w:r>
    </w:p>
    <w:p w14:paraId="71E1AC4E" w14:textId="77777777" w:rsidR="00B4287A" w:rsidRPr="00B4287A" w:rsidRDefault="00B4287A" w:rsidP="00B4287A">
      <w:pPr>
        <w:pStyle w:val="StatementSubtitle"/>
        <w:keepNext/>
        <w:keepLines/>
      </w:pPr>
      <w:r w:rsidRPr="00B4287A">
        <w:t>STRETCH WRAP</w:t>
      </w:r>
    </w:p>
    <w:p w14:paraId="7865504B" w14:textId="77777777" w:rsidR="00B4287A" w:rsidRPr="00B4287A" w:rsidRDefault="00B4287A" w:rsidP="00B4287A">
      <w:pPr>
        <w:pStyle w:val="StatementSubtitle"/>
        <w:keepNext/>
        <w:keepLines/>
      </w:pPr>
      <w:r w:rsidRPr="00B4287A">
        <w:t>Regulation (EU) 2025/40 on Packaging and Packaging Waste</w:t>
      </w:r>
    </w:p>
    <w:p w14:paraId="0C4EAC4A" w14:textId="77777777" w:rsidR="00B4287A" w:rsidRPr="00B4287A" w:rsidRDefault="00B4287A" w:rsidP="00B4287A">
      <w:pPr>
        <w:pStyle w:val="StatementSection"/>
        <w:keepNext/>
        <w:keepLines/>
      </w:pPr>
      <w:r w:rsidRPr="00B4287A">
        <w:t>0: Document Control</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1C981E49" w14:textId="77777777" w:rsidTr="00B4287A">
        <w:trPr>
          <w:cantSplit/>
          <w:trHeight w:val="600"/>
        </w:trPr>
        <w:tc>
          <w:tcPr>
            <w:tcW w:w="2880" w:type="dxa"/>
            <w:tcBorders>
              <w:bottom w:val="single" w:sz="4" w:space="0" w:color="BFBFBF"/>
            </w:tcBorders>
            <w:shd w:val="clear" w:color="auto" w:fill="E7E6E6"/>
          </w:tcPr>
          <w:p w14:paraId="6019770A" w14:textId="5ED72CE5" w:rsidR="00B4287A" w:rsidRPr="00B4287A" w:rsidRDefault="00B4287A" w:rsidP="00B4287A">
            <w:pPr>
              <w:spacing w:after="0"/>
              <w:rPr>
                <w:b/>
              </w:rPr>
            </w:pPr>
            <w:r w:rsidRPr="00B4287A">
              <w:rPr>
                <w:b/>
              </w:rPr>
              <w:t>Declaration Number</w:t>
            </w:r>
          </w:p>
        </w:tc>
        <w:tc>
          <w:tcPr>
            <w:tcW w:w="6480" w:type="dxa"/>
            <w:tcBorders>
              <w:bottom w:val="single" w:sz="4" w:space="0" w:color="BFBFBF"/>
            </w:tcBorders>
            <w:shd w:val="clear" w:color="auto" w:fill="FFFFFF"/>
          </w:tcPr>
          <w:sdt>
            <w:sdtPr>
              <w:alias w:val="0.a Declaration Number"/>
              <w:tag w:val="STRETCH_WRAP_DOC_NUMBER"/>
              <w:id w:val="-1778861413"/>
              <w:placeholder>
                <w:docPart w:val="6E40BCFE8BF2403A9C03A9B90BDC909D"/>
              </w:placeholder>
              <w:showingPlcHdr/>
            </w:sdtPr>
            <w:sdtContent>
              <w:p w14:paraId="4BF8A328" w14:textId="10B35E18" w:rsidR="00B4287A" w:rsidRPr="00B4287A" w:rsidRDefault="00B4287A" w:rsidP="00B4287A">
                <w:pPr>
                  <w:spacing w:after="0"/>
                </w:pPr>
                <w:r w:rsidRPr="00B4287A">
                  <w:rPr>
                    <w:rStyle w:val="PlaceholderText"/>
                  </w:rPr>
                  <w:t>0.a Enter declaration number</w:t>
                </w:r>
              </w:p>
            </w:sdtContent>
          </w:sdt>
        </w:tc>
      </w:tr>
      <w:tr w:rsidR="00B4287A" w:rsidRPr="00B4287A" w14:paraId="60C718CE" w14:textId="77777777" w:rsidTr="00B4287A">
        <w:trPr>
          <w:cantSplit/>
          <w:trHeight w:val="560"/>
        </w:trPr>
        <w:tc>
          <w:tcPr>
            <w:tcW w:w="2880" w:type="dxa"/>
            <w:tcBorders>
              <w:bottom w:val="single" w:sz="4" w:space="0" w:color="BFBFBF"/>
            </w:tcBorders>
            <w:shd w:val="clear" w:color="auto" w:fill="E7E6E6"/>
          </w:tcPr>
          <w:p w14:paraId="12CE8773" w14:textId="24AF30AC" w:rsidR="00B4287A" w:rsidRPr="00B4287A" w:rsidRDefault="00B4287A" w:rsidP="00B4287A">
            <w:pPr>
              <w:spacing w:after="0"/>
              <w:rPr>
                <w:b/>
              </w:rPr>
            </w:pPr>
            <w:r w:rsidRPr="00B4287A">
              <w:rPr>
                <w:b/>
              </w:rPr>
              <w:t>Revision</w:t>
            </w:r>
          </w:p>
        </w:tc>
        <w:tc>
          <w:tcPr>
            <w:tcW w:w="6480" w:type="dxa"/>
            <w:tcBorders>
              <w:bottom w:val="single" w:sz="4" w:space="0" w:color="BFBFBF"/>
            </w:tcBorders>
            <w:shd w:val="clear" w:color="auto" w:fill="FFFFFF"/>
          </w:tcPr>
          <w:sdt>
            <w:sdtPr>
              <w:alias w:val="0.b Revision"/>
              <w:tag w:val="STRETCH_WRAP_REVISION"/>
              <w:id w:val="-750591496"/>
              <w:placeholder>
                <w:docPart w:val="6679D692A69A455E8B52F6180D6D15D6"/>
              </w:placeholder>
              <w:showingPlcHdr/>
            </w:sdtPr>
            <w:sdtContent>
              <w:p w14:paraId="182F11B5" w14:textId="368B8276" w:rsidR="00B4287A" w:rsidRPr="00B4287A" w:rsidRDefault="00B4287A" w:rsidP="00B4287A">
                <w:pPr>
                  <w:spacing w:after="0"/>
                </w:pPr>
                <w:r w:rsidRPr="00B4287A">
                  <w:rPr>
                    <w:rStyle w:val="PlaceholderText"/>
                  </w:rPr>
                  <w:t>0.b Enter revision</w:t>
                </w:r>
              </w:p>
            </w:sdtContent>
          </w:sdt>
        </w:tc>
      </w:tr>
      <w:tr w:rsidR="00B4287A" w:rsidRPr="00B4287A" w14:paraId="60A61742" w14:textId="77777777" w:rsidTr="00B4287A">
        <w:trPr>
          <w:cantSplit/>
          <w:trHeight w:val="560"/>
        </w:trPr>
        <w:tc>
          <w:tcPr>
            <w:tcW w:w="2880" w:type="dxa"/>
            <w:shd w:val="clear" w:color="auto" w:fill="E7E6E6"/>
          </w:tcPr>
          <w:p w14:paraId="510F7EB0" w14:textId="23EFFF17" w:rsidR="00B4287A" w:rsidRPr="00B4287A" w:rsidRDefault="00B4287A" w:rsidP="00B4287A">
            <w:pPr>
              <w:spacing w:after="0"/>
              <w:rPr>
                <w:b/>
              </w:rPr>
            </w:pPr>
            <w:r w:rsidRPr="00B4287A">
              <w:rPr>
                <w:b/>
              </w:rPr>
              <w:t>Issue Date</w:t>
            </w:r>
          </w:p>
        </w:tc>
        <w:tc>
          <w:tcPr>
            <w:tcW w:w="6480" w:type="dxa"/>
            <w:shd w:val="clear" w:color="auto" w:fill="FFFFFF"/>
          </w:tcPr>
          <w:sdt>
            <w:sdtPr>
              <w:alias w:val="0.c Issue Date"/>
              <w:tag w:val="STRETCH_WRAP_ISSUE_DATE"/>
              <w:id w:val="1410963193"/>
              <w:placeholder>
                <w:docPart w:val="64437794DE8948A9BA32E65A3A181DAE"/>
              </w:placeholder>
              <w:showingPlcHdr/>
              <w:date>
                <w:dateFormat w:val="MMMM d, yyyy"/>
                <w:lid w:val="en-US"/>
                <w:storeMappedDataAs w:val="dateTime"/>
                <w:calendar w:val="gregorian"/>
              </w:date>
            </w:sdtPr>
            <w:sdtContent>
              <w:p w14:paraId="5A7BF656" w14:textId="3FD54121" w:rsidR="00B4287A" w:rsidRPr="00B4287A" w:rsidRDefault="00B4287A" w:rsidP="00B4287A">
                <w:pPr>
                  <w:spacing w:after="0"/>
                </w:pPr>
                <w:r w:rsidRPr="00B4287A">
                  <w:rPr>
                    <w:rStyle w:val="PlaceholderText"/>
                  </w:rPr>
                  <w:t>0.c Select issue date</w:t>
                </w:r>
              </w:p>
            </w:sdtContent>
          </w:sdt>
        </w:tc>
      </w:tr>
    </w:tbl>
    <w:p w14:paraId="7EC7944F" w14:textId="77777777" w:rsidR="00B4287A" w:rsidRPr="00B4287A" w:rsidRDefault="00B4287A" w:rsidP="00B4287A">
      <w:pPr>
        <w:spacing w:after="40"/>
        <w:rPr>
          <w:sz w:val="8"/>
        </w:rPr>
      </w:pPr>
    </w:p>
    <w:p w14:paraId="6FCB65D4" w14:textId="77777777" w:rsidR="00B4287A" w:rsidRPr="00B4287A" w:rsidRDefault="00B4287A" w:rsidP="00B4287A">
      <w:pPr>
        <w:pStyle w:val="StatementSection"/>
        <w:keepNext/>
        <w:keepLines/>
      </w:pPr>
      <w:r w:rsidRPr="00B4287A">
        <w:t>1: Unique Identification of the Packaging</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6FF2BAE4" w14:textId="77777777" w:rsidTr="00B4287A">
        <w:trPr>
          <w:cantSplit/>
          <w:trHeight w:val="720"/>
        </w:trPr>
        <w:tc>
          <w:tcPr>
            <w:tcW w:w="2880" w:type="dxa"/>
            <w:tcBorders>
              <w:bottom w:val="single" w:sz="4" w:space="0" w:color="BFBFBF"/>
            </w:tcBorders>
            <w:shd w:val="clear" w:color="auto" w:fill="E7E6E6"/>
          </w:tcPr>
          <w:p w14:paraId="47CE4609" w14:textId="1ABD1B84" w:rsidR="00B4287A" w:rsidRPr="00B4287A" w:rsidRDefault="00B4287A" w:rsidP="00B4287A">
            <w:pPr>
              <w:spacing w:after="0"/>
              <w:rPr>
                <w:b/>
              </w:rPr>
            </w:pPr>
            <w:r w:rsidRPr="00B4287A">
              <w:rPr>
                <w:b/>
              </w:rPr>
              <w:t>Product or Family Identifier</w:t>
            </w:r>
          </w:p>
        </w:tc>
        <w:tc>
          <w:tcPr>
            <w:tcW w:w="6480" w:type="dxa"/>
            <w:tcBorders>
              <w:bottom w:val="single" w:sz="4" w:space="0" w:color="BFBFBF"/>
            </w:tcBorders>
            <w:shd w:val="clear" w:color="auto" w:fill="FFFFFF"/>
          </w:tcPr>
          <w:sdt>
            <w:sdtPr>
              <w:alias w:val="1.a Product or Family Identifier"/>
              <w:tag w:val="STRETCH_WRAP_PRODUCT_ID"/>
              <w:id w:val="1417291404"/>
              <w:placeholder>
                <w:docPart w:val="EFD6D888FC024BD7B22EF627D23119BB"/>
              </w:placeholder>
              <w:showingPlcHdr/>
            </w:sdtPr>
            <w:sdtContent>
              <w:p w14:paraId="4F61A48E" w14:textId="1BC14346" w:rsidR="00B4287A" w:rsidRPr="00B4287A" w:rsidRDefault="00B4287A" w:rsidP="00B4287A">
                <w:pPr>
                  <w:spacing w:after="0"/>
                </w:pPr>
                <w:r w:rsidRPr="00B4287A">
                  <w:rPr>
                    <w:rStyle w:val="PlaceholderText"/>
                  </w:rPr>
                  <w:t>1.a Enter product or family identifier</w:t>
                </w:r>
              </w:p>
            </w:sdtContent>
          </w:sdt>
        </w:tc>
      </w:tr>
      <w:tr w:rsidR="00B4287A" w:rsidRPr="00B4287A" w14:paraId="3944AD67" w14:textId="77777777" w:rsidTr="00B4287A">
        <w:trPr>
          <w:cantSplit/>
          <w:trHeight w:val="1400"/>
        </w:trPr>
        <w:tc>
          <w:tcPr>
            <w:tcW w:w="2880" w:type="dxa"/>
            <w:shd w:val="clear" w:color="auto" w:fill="E7E6E6"/>
          </w:tcPr>
          <w:p w14:paraId="4DF8BED4" w14:textId="0B1BF28A" w:rsidR="00B4287A" w:rsidRPr="00B4287A" w:rsidRDefault="00B4287A" w:rsidP="00B4287A">
            <w:pPr>
              <w:spacing w:after="0"/>
              <w:rPr>
                <w:b/>
              </w:rPr>
            </w:pPr>
            <w:r w:rsidRPr="00B4287A">
              <w:rPr>
                <w:b/>
              </w:rPr>
              <w:t>Product Codes and Variants</w:t>
            </w:r>
          </w:p>
        </w:tc>
        <w:tc>
          <w:tcPr>
            <w:tcW w:w="6480" w:type="dxa"/>
            <w:shd w:val="clear" w:color="auto" w:fill="FFFFFF"/>
          </w:tcPr>
          <w:sdt>
            <w:sdtPr>
              <w:alias w:val="1.b Product Codes and Variants"/>
              <w:tag w:val="STRETCH_WRAP_VARIANTS"/>
              <w:id w:val="802050230"/>
              <w:placeholder>
                <w:docPart w:val="473CE47C0AC24727B5D4DD6029B44618"/>
              </w:placeholder>
              <w:showingPlcHdr/>
            </w:sdtPr>
            <w:sdtContent>
              <w:p w14:paraId="5ABDAA8C" w14:textId="7EC650DB" w:rsidR="00B4287A" w:rsidRPr="00B4287A" w:rsidRDefault="00B4287A" w:rsidP="00B4287A">
                <w:pPr>
                  <w:spacing w:after="0"/>
                </w:pPr>
                <w:r w:rsidRPr="00B4287A">
                  <w:rPr>
                    <w:rStyle w:val="PlaceholderText"/>
                  </w:rPr>
                  <w:t>1.b Enter covered product codes and variants</w:t>
                </w:r>
              </w:p>
            </w:sdtContent>
          </w:sdt>
        </w:tc>
      </w:tr>
    </w:tbl>
    <w:p w14:paraId="1A859E87" w14:textId="77777777" w:rsidR="00B4287A" w:rsidRPr="00B4287A" w:rsidRDefault="00B4287A" w:rsidP="00B4287A">
      <w:pPr>
        <w:spacing w:after="40"/>
        <w:rPr>
          <w:sz w:val="8"/>
        </w:rPr>
      </w:pPr>
    </w:p>
    <w:p w14:paraId="38838FBE" w14:textId="77777777" w:rsidR="00B4287A" w:rsidRPr="00B4287A" w:rsidRDefault="00B4287A" w:rsidP="00B4287A">
      <w:pPr>
        <w:pStyle w:val="StatementSection"/>
        <w:keepNext/>
        <w:keepLines/>
      </w:pPr>
      <w:r w:rsidRPr="00B4287A">
        <w:t>2: Manufacturer and Authorized Representative</w:t>
      </w:r>
    </w:p>
    <w:tbl>
      <w:tblPr>
        <w:tblStyle w:val="TableGrid"/>
        <w:tblW w:w="93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206697A3" w14:textId="77777777" w:rsidTr="00B4287A">
        <w:trPr>
          <w:cantSplit/>
          <w:trHeight w:val="1280"/>
        </w:trPr>
        <w:tc>
          <w:tcPr>
            <w:tcW w:w="2880" w:type="dxa"/>
            <w:tcBorders>
              <w:bottom w:val="single" w:sz="4" w:space="0" w:color="BFBFBF"/>
            </w:tcBorders>
            <w:shd w:val="clear" w:color="auto" w:fill="E7E6E6"/>
          </w:tcPr>
          <w:p w14:paraId="18DDB35B" w14:textId="10B7AADF" w:rsidR="00B4287A" w:rsidRPr="00B4287A" w:rsidRDefault="00B4287A" w:rsidP="00B4287A">
            <w:pPr>
              <w:spacing w:after="0"/>
              <w:rPr>
                <w:b/>
              </w:rPr>
            </w:pPr>
            <w:r w:rsidRPr="00B4287A">
              <w:rPr>
                <w:b/>
              </w:rPr>
              <w:t>Manufacturer</w:t>
            </w:r>
          </w:p>
        </w:tc>
        <w:tc>
          <w:tcPr>
            <w:tcW w:w="6480" w:type="dxa"/>
            <w:tcBorders>
              <w:bottom w:val="single" w:sz="4" w:space="0" w:color="BFBFBF"/>
            </w:tcBorders>
            <w:shd w:val="clear" w:color="auto" w:fill="FFFFFF"/>
          </w:tcPr>
          <w:sdt>
            <w:sdtPr>
              <w:alias w:val="2.a Manufacturer"/>
              <w:tag w:val="STRETCH_WRAP_MANUFACTURER"/>
              <w:id w:val="-1830512528"/>
              <w:placeholder>
                <w:docPart w:val="53511336DA824E2ABB169793AA263A2A"/>
              </w:placeholder>
              <w:showingPlcHdr/>
            </w:sdtPr>
            <w:sdtContent>
              <w:p w14:paraId="0C367657" w14:textId="6D0C8E04" w:rsidR="00B4287A" w:rsidRPr="00B4287A" w:rsidRDefault="00B4287A" w:rsidP="00B4287A">
                <w:pPr>
                  <w:spacing w:after="0"/>
                </w:pPr>
                <w:r w:rsidRPr="00B4287A">
                  <w:rPr>
                    <w:rStyle w:val="PlaceholderText"/>
                  </w:rPr>
                  <w:t>2.a Enter manufacturer name and address</w:t>
                </w:r>
              </w:p>
            </w:sdtContent>
          </w:sdt>
        </w:tc>
      </w:tr>
      <w:tr w:rsidR="00B4287A" w:rsidRPr="00B4287A" w14:paraId="57EF41AF" w14:textId="77777777" w:rsidTr="00B4287A">
        <w:trPr>
          <w:cantSplit/>
          <w:trHeight w:val="1280"/>
        </w:trPr>
        <w:tc>
          <w:tcPr>
            <w:tcW w:w="2880" w:type="dxa"/>
            <w:shd w:val="clear" w:color="auto" w:fill="E7E6E6"/>
          </w:tcPr>
          <w:p w14:paraId="1AD40C41" w14:textId="6407B630" w:rsidR="00B4287A" w:rsidRPr="00B4287A" w:rsidRDefault="00B4287A" w:rsidP="00B4287A">
            <w:pPr>
              <w:spacing w:after="0"/>
              <w:rPr>
                <w:b/>
              </w:rPr>
            </w:pPr>
            <w:r w:rsidRPr="00B4287A">
              <w:rPr>
                <w:b/>
              </w:rPr>
              <w:t>Authorized Representative</w:t>
            </w:r>
          </w:p>
        </w:tc>
        <w:tc>
          <w:tcPr>
            <w:tcW w:w="6480" w:type="dxa"/>
            <w:shd w:val="clear" w:color="auto" w:fill="FFFFFF"/>
          </w:tcPr>
          <w:sdt>
            <w:sdtPr>
              <w:alias w:val="2.b Authorized Representative"/>
              <w:tag w:val="STRETCH_WRAP_REPRESENTATIVE"/>
              <w:id w:val="-521094718"/>
              <w:placeholder>
                <w:docPart w:val="81C2AAB6622345CDA5282F3CCF86CA30"/>
              </w:placeholder>
              <w:showingPlcHdr/>
            </w:sdtPr>
            <w:sdtContent>
              <w:p w14:paraId="53E6CA64" w14:textId="47C97D11" w:rsidR="00B4287A" w:rsidRPr="00B4287A" w:rsidRDefault="00B4287A" w:rsidP="00B4287A">
                <w:pPr>
                  <w:spacing w:after="0"/>
                </w:pPr>
                <w:r w:rsidRPr="00B4287A">
                  <w:rPr>
                    <w:rStyle w:val="PlaceholderText"/>
                  </w:rPr>
                  <w:t>2.b Enter representative name and address</w:t>
                </w:r>
              </w:p>
            </w:sdtContent>
          </w:sdt>
        </w:tc>
      </w:tr>
    </w:tbl>
    <w:p w14:paraId="0FBB31F4" w14:textId="77777777" w:rsidR="00B4287A" w:rsidRPr="00B4287A" w:rsidRDefault="00B4287A" w:rsidP="00B4287A">
      <w:pPr>
        <w:spacing w:after="40"/>
        <w:rPr>
          <w:sz w:val="8"/>
        </w:rPr>
      </w:pPr>
    </w:p>
    <w:p w14:paraId="6B8E1707" w14:textId="77777777" w:rsidR="00B4287A" w:rsidRPr="00B4287A" w:rsidRDefault="00B4287A" w:rsidP="00B4287A">
      <w:pPr>
        <w:pStyle w:val="StatementSection"/>
        <w:keepNext/>
        <w:keepLines/>
      </w:pPr>
      <w:r w:rsidRPr="00B4287A">
        <w:t>3: Sole Responsibility</w:t>
      </w:r>
    </w:p>
    <w:p w14:paraId="07745DB0" w14:textId="77777777" w:rsidR="00B4287A" w:rsidRPr="00B4287A" w:rsidRDefault="00B4287A" w:rsidP="00B4287A">
      <w:pPr>
        <w:keepLines/>
      </w:pPr>
      <w:r w:rsidRPr="00B4287A">
        <w:t>This declaration of conformity is issued under the sole responsibility of the manufacturer.</w:t>
      </w:r>
    </w:p>
    <w:p w14:paraId="6DCA21C9" w14:textId="77777777" w:rsidR="00B4287A" w:rsidRPr="00B4287A" w:rsidRDefault="00B4287A" w:rsidP="00B4287A">
      <w:pPr>
        <w:pStyle w:val="StatementSection"/>
        <w:keepNext/>
        <w:keepLines/>
        <w:pageBreakBefore/>
      </w:pPr>
      <w:r w:rsidRPr="00B4287A">
        <w:lastRenderedPageBreak/>
        <w:t>4: Object of the Declaration</w:t>
      </w:r>
    </w:p>
    <w:p w14:paraId="6BF1F951" w14:textId="77777777" w:rsidR="00B4287A" w:rsidRPr="00B4287A" w:rsidRDefault="00B4287A" w:rsidP="00B4287A">
      <w:pPr>
        <w:keepLines/>
      </w:pPr>
      <w:r w:rsidRPr="00B4287A">
        <w:t>Stretchable plastic film supplied in rolls for stabilizing and protecting industrial bundles and palletized loads during handling, storage and transport.</w:t>
      </w:r>
    </w:p>
    <w:p w14:paraId="5BA62618" w14:textId="77777777" w:rsidR="00B4287A" w:rsidRPr="00B4287A" w:rsidRDefault="00B4287A" w:rsidP="00B4287A">
      <w:pPr>
        <w:keepLines/>
      </w:pPr>
      <w:r w:rsidRPr="00B4287A">
        <w:t>Single-use, ordinary transport packaging. Excludes contact-sensitive, dangerous-goods and e-commerce uses.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3E8E07E5" w14:textId="77777777" w:rsidTr="00B4287A">
        <w:trPr>
          <w:cantSplit/>
          <w:trHeight w:val="880"/>
        </w:trPr>
        <w:tc>
          <w:tcPr>
            <w:tcW w:w="2880" w:type="dxa"/>
            <w:tcBorders>
              <w:bottom w:val="single" w:sz="4" w:space="0" w:color="BFBFBF"/>
            </w:tcBorders>
            <w:shd w:val="clear" w:color="auto" w:fill="E7E6E6"/>
          </w:tcPr>
          <w:p w14:paraId="7116ED26" w14:textId="2A8AFB4F" w:rsidR="00B4287A" w:rsidRPr="00B4287A" w:rsidRDefault="00B4287A" w:rsidP="00B4287A">
            <w:pPr>
              <w:spacing w:after="0"/>
              <w:rPr>
                <w:b/>
              </w:rPr>
            </w:pPr>
            <w:r w:rsidRPr="00B4287A">
              <w:rPr>
                <w:b/>
              </w:rPr>
              <w:t>Film and Application Type</w:t>
            </w:r>
          </w:p>
        </w:tc>
        <w:tc>
          <w:tcPr>
            <w:tcW w:w="6480" w:type="dxa"/>
            <w:tcBorders>
              <w:bottom w:val="single" w:sz="4" w:space="0" w:color="BFBFBF"/>
            </w:tcBorders>
            <w:shd w:val="clear" w:color="auto" w:fill="FFFFFF"/>
          </w:tcPr>
          <w:sdt>
            <w:sdtPr>
              <w:alias w:val="4.a Film and Application Type"/>
              <w:tag w:val="STRETCH_WRAP_FILM_TYPE"/>
              <w:id w:val="-1866897745"/>
              <w:placeholder>
                <w:docPart w:val="6F0712EE7E6440C89232806A645A00EE"/>
              </w:placeholder>
              <w:showingPlcHdr/>
            </w:sdtPr>
            <w:sdtContent>
              <w:p w14:paraId="1794B26F" w14:textId="377AD329" w:rsidR="00B4287A" w:rsidRPr="00B4287A" w:rsidRDefault="00B4287A" w:rsidP="00B4287A">
                <w:pPr>
                  <w:spacing w:after="0"/>
                </w:pPr>
                <w:r w:rsidRPr="00B4287A">
                  <w:rPr>
                    <w:rStyle w:val="PlaceholderText"/>
                  </w:rPr>
                  <w:t>4.a Enter film and application type</w:t>
                </w:r>
              </w:p>
            </w:sdtContent>
          </w:sdt>
        </w:tc>
      </w:tr>
      <w:tr w:rsidR="00B4287A" w:rsidRPr="00B4287A" w14:paraId="54F43880" w14:textId="77777777" w:rsidTr="00B4287A">
        <w:trPr>
          <w:cantSplit/>
          <w:trHeight w:val="1120"/>
        </w:trPr>
        <w:tc>
          <w:tcPr>
            <w:tcW w:w="2880" w:type="dxa"/>
            <w:tcBorders>
              <w:bottom w:val="single" w:sz="4" w:space="0" w:color="BFBFBF"/>
            </w:tcBorders>
            <w:shd w:val="clear" w:color="auto" w:fill="E7E6E6"/>
          </w:tcPr>
          <w:p w14:paraId="69D19F2D" w14:textId="6470E543" w:rsidR="00B4287A" w:rsidRPr="00B4287A" w:rsidRDefault="00B4287A" w:rsidP="00B4287A">
            <w:pPr>
              <w:spacing w:after="0"/>
              <w:rPr>
                <w:b/>
              </w:rPr>
            </w:pPr>
            <w:r w:rsidRPr="00B4287A">
              <w:rPr>
                <w:b/>
              </w:rPr>
              <w:t>Polymers and Construction</w:t>
            </w:r>
          </w:p>
        </w:tc>
        <w:tc>
          <w:tcPr>
            <w:tcW w:w="6480" w:type="dxa"/>
            <w:tcBorders>
              <w:bottom w:val="single" w:sz="4" w:space="0" w:color="BFBFBF"/>
            </w:tcBorders>
            <w:shd w:val="clear" w:color="auto" w:fill="FFFFFF"/>
          </w:tcPr>
          <w:sdt>
            <w:sdtPr>
              <w:alias w:val="4.b Polymers and Construction"/>
              <w:tag w:val="STRETCH_WRAP_FORMULATION"/>
              <w:id w:val="2071453765"/>
              <w:placeholder>
                <w:docPart w:val="97FCB6C0C9774C73BE14567D24263501"/>
              </w:placeholder>
              <w:showingPlcHdr/>
            </w:sdtPr>
            <w:sdtContent>
              <w:p w14:paraId="29D46A06" w14:textId="7BA9AEFF" w:rsidR="00B4287A" w:rsidRPr="00B4287A" w:rsidRDefault="00B4287A" w:rsidP="00B4287A">
                <w:pPr>
                  <w:spacing w:after="0"/>
                </w:pPr>
                <w:r w:rsidRPr="00B4287A">
                  <w:rPr>
                    <w:rStyle w:val="PlaceholderText"/>
                  </w:rPr>
                  <w:t>4.b Enter polymers and layer construction</w:t>
                </w:r>
              </w:p>
            </w:sdtContent>
          </w:sdt>
        </w:tc>
      </w:tr>
      <w:tr w:rsidR="00B4287A" w:rsidRPr="00B4287A" w14:paraId="55C9A3F2" w14:textId="77777777" w:rsidTr="00B4287A">
        <w:trPr>
          <w:cantSplit/>
          <w:trHeight w:val="880"/>
        </w:trPr>
        <w:tc>
          <w:tcPr>
            <w:tcW w:w="2880" w:type="dxa"/>
            <w:tcBorders>
              <w:bottom w:val="single" w:sz="4" w:space="0" w:color="BFBFBF"/>
            </w:tcBorders>
            <w:shd w:val="clear" w:color="auto" w:fill="E7E6E6"/>
          </w:tcPr>
          <w:p w14:paraId="38287BEA" w14:textId="691C7571" w:rsidR="00B4287A" w:rsidRPr="00B4287A" w:rsidRDefault="00B4287A" w:rsidP="00B4287A">
            <w:pPr>
              <w:spacing w:after="0"/>
              <w:rPr>
                <w:b/>
              </w:rPr>
            </w:pPr>
            <w:r w:rsidRPr="00B4287A">
              <w:rPr>
                <w:b/>
              </w:rPr>
              <w:t>Colors and Printing</w:t>
            </w:r>
          </w:p>
        </w:tc>
        <w:tc>
          <w:tcPr>
            <w:tcW w:w="6480" w:type="dxa"/>
            <w:tcBorders>
              <w:bottom w:val="single" w:sz="4" w:space="0" w:color="BFBFBF"/>
            </w:tcBorders>
            <w:shd w:val="clear" w:color="auto" w:fill="FFFFFF"/>
          </w:tcPr>
          <w:sdt>
            <w:sdtPr>
              <w:alias w:val="4.c Colors and Printing"/>
              <w:tag w:val="STRETCH_WRAP_COLORS"/>
              <w:id w:val="1910582145"/>
              <w:placeholder>
                <w:docPart w:val="83CF1D8951A54214884123EEF68F3CA6"/>
              </w:placeholder>
              <w:showingPlcHdr/>
            </w:sdtPr>
            <w:sdtContent>
              <w:p w14:paraId="04268BB0" w14:textId="323A3B38" w:rsidR="00B4287A" w:rsidRPr="00B4287A" w:rsidRDefault="00B4287A" w:rsidP="00B4287A">
                <w:pPr>
                  <w:spacing w:after="0"/>
                </w:pPr>
                <w:r w:rsidRPr="00B4287A">
                  <w:rPr>
                    <w:rStyle w:val="PlaceholderText"/>
                  </w:rPr>
                  <w:t>4.c Enter covered colors and printing</w:t>
                </w:r>
              </w:p>
            </w:sdtContent>
          </w:sdt>
        </w:tc>
      </w:tr>
      <w:tr w:rsidR="00B4287A" w:rsidRPr="00B4287A" w14:paraId="269F371F" w14:textId="77777777" w:rsidTr="00B4287A">
        <w:trPr>
          <w:cantSplit/>
          <w:trHeight w:val="1160"/>
        </w:trPr>
        <w:tc>
          <w:tcPr>
            <w:tcW w:w="2880" w:type="dxa"/>
            <w:tcBorders>
              <w:bottom w:val="single" w:sz="4" w:space="0" w:color="BFBFBF"/>
            </w:tcBorders>
            <w:shd w:val="clear" w:color="auto" w:fill="E7E6E6"/>
          </w:tcPr>
          <w:p w14:paraId="33A35FEB" w14:textId="3794488A" w:rsidR="00B4287A" w:rsidRPr="00B4287A" w:rsidRDefault="00B4287A" w:rsidP="00B4287A">
            <w:pPr>
              <w:spacing w:after="0"/>
              <w:rPr>
                <w:b/>
              </w:rPr>
            </w:pPr>
            <w:r w:rsidRPr="00B4287A">
              <w:rPr>
                <w:b/>
              </w:rPr>
              <w:t>Dimensions and Tolerances</w:t>
            </w:r>
          </w:p>
        </w:tc>
        <w:tc>
          <w:tcPr>
            <w:tcW w:w="6480" w:type="dxa"/>
            <w:tcBorders>
              <w:bottom w:val="single" w:sz="4" w:space="0" w:color="BFBFBF"/>
            </w:tcBorders>
            <w:shd w:val="clear" w:color="auto" w:fill="FFFFFF"/>
          </w:tcPr>
          <w:sdt>
            <w:sdtPr>
              <w:alias w:val="4.d Dimensions and Tolerances"/>
              <w:tag w:val="STRETCH_WRAP_DIMENSIONS"/>
              <w:id w:val="1984347610"/>
              <w:placeholder>
                <w:docPart w:val="0A4618B339CD42948F7FD6A5228832C7"/>
              </w:placeholder>
              <w:showingPlcHdr/>
            </w:sdtPr>
            <w:sdtContent>
              <w:p w14:paraId="1DA38E85" w14:textId="3B87F3F2" w:rsidR="00B4287A" w:rsidRPr="00B4287A" w:rsidRDefault="00B4287A" w:rsidP="00B4287A">
                <w:pPr>
                  <w:spacing w:after="0"/>
                </w:pPr>
                <w:r w:rsidRPr="00B4287A">
                  <w:rPr>
                    <w:rStyle w:val="PlaceholderText"/>
                  </w:rPr>
                  <w:t>4.d Enter film dimensions</w:t>
                </w:r>
              </w:p>
            </w:sdtContent>
          </w:sdt>
        </w:tc>
      </w:tr>
      <w:tr w:rsidR="00B4287A" w:rsidRPr="00B4287A" w14:paraId="5D8218BD" w14:textId="77777777" w:rsidTr="00B4287A">
        <w:trPr>
          <w:cantSplit/>
          <w:trHeight w:val="1080"/>
        </w:trPr>
        <w:tc>
          <w:tcPr>
            <w:tcW w:w="2880" w:type="dxa"/>
            <w:tcBorders>
              <w:bottom w:val="single" w:sz="4" w:space="0" w:color="BFBFBF"/>
            </w:tcBorders>
            <w:shd w:val="clear" w:color="auto" w:fill="E7E6E6"/>
          </w:tcPr>
          <w:p w14:paraId="45125995" w14:textId="46774430" w:rsidR="00B4287A" w:rsidRPr="00B4287A" w:rsidRDefault="00B4287A" w:rsidP="00B4287A">
            <w:pPr>
              <w:spacing w:after="0"/>
              <w:rPr>
                <w:b/>
              </w:rPr>
            </w:pPr>
            <w:r w:rsidRPr="00B4287A">
              <w:rPr>
                <w:b/>
              </w:rPr>
              <w:t>Mass and Performance</w:t>
            </w:r>
          </w:p>
        </w:tc>
        <w:tc>
          <w:tcPr>
            <w:tcW w:w="6480" w:type="dxa"/>
            <w:tcBorders>
              <w:bottom w:val="single" w:sz="4" w:space="0" w:color="BFBFBF"/>
            </w:tcBorders>
            <w:shd w:val="clear" w:color="auto" w:fill="FFFFFF"/>
          </w:tcPr>
          <w:sdt>
            <w:sdtPr>
              <w:alias w:val="4.e Mass and Performance"/>
              <w:tag w:val="STRETCH_WRAP_PERFORMANCE"/>
              <w:id w:val="1229351090"/>
              <w:placeholder>
                <w:docPart w:val="416E593A2F424745917331FE82842900"/>
              </w:placeholder>
              <w:showingPlcHdr/>
            </w:sdtPr>
            <w:sdtContent>
              <w:p w14:paraId="6C03813E" w14:textId="266B638D" w:rsidR="00B4287A" w:rsidRPr="00B4287A" w:rsidRDefault="00B4287A" w:rsidP="00B4287A">
                <w:pPr>
                  <w:spacing w:after="0"/>
                </w:pPr>
                <w:r w:rsidRPr="00B4287A">
                  <w:rPr>
                    <w:rStyle w:val="PlaceholderText"/>
                  </w:rPr>
                  <w:t>4.e Enter film mass and performance</w:t>
                </w:r>
              </w:p>
            </w:sdtContent>
          </w:sdt>
        </w:tc>
      </w:tr>
      <w:tr w:rsidR="00B4287A" w:rsidRPr="00B4287A" w14:paraId="29B71392" w14:textId="77777777" w:rsidTr="00B4287A">
        <w:trPr>
          <w:cantSplit/>
          <w:trHeight w:val="640"/>
        </w:trPr>
        <w:tc>
          <w:tcPr>
            <w:tcW w:w="2880" w:type="dxa"/>
            <w:tcBorders>
              <w:bottom w:val="single" w:sz="4" w:space="0" w:color="BFBFBF"/>
            </w:tcBorders>
            <w:shd w:val="clear" w:color="auto" w:fill="E7E6E6"/>
          </w:tcPr>
          <w:p w14:paraId="62FBF62E" w14:textId="075E3E08" w:rsidR="00B4287A" w:rsidRPr="00B4287A" w:rsidRDefault="00B4287A" w:rsidP="00B4287A">
            <w:pPr>
              <w:spacing w:after="0"/>
              <w:rPr>
                <w:b/>
              </w:rPr>
            </w:pPr>
            <w:r w:rsidRPr="00B4287A">
              <w:rPr>
                <w:b/>
              </w:rPr>
              <w:t>Controlled Specification</w:t>
            </w:r>
          </w:p>
        </w:tc>
        <w:tc>
          <w:tcPr>
            <w:tcW w:w="6480" w:type="dxa"/>
            <w:tcBorders>
              <w:bottom w:val="single" w:sz="4" w:space="0" w:color="BFBFBF"/>
            </w:tcBorders>
            <w:shd w:val="clear" w:color="auto" w:fill="FFFFFF"/>
          </w:tcPr>
          <w:sdt>
            <w:sdtPr>
              <w:alias w:val="4.f Controlled Specification"/>
              <w:tag w:val="STRETCH_WRAP_SPECIFICATION"/>
              <w:id w:val="-1905601280"/>
              <w:placeholder>
                <w:docPart w:val="605320B9BB4B40D29AF27B8FE9DC1A8D"/>
              </w:placeholder>
              <w:showingPlcHdr/>
            </w:sdtPr>
            <w:sdtContent>
              <w:p w14:paraId="772035A6" w14:textId="7E04798E" w:rsidR="00B4287A" w:rsidRPr="00B4287A" w:rsidRDefault="00B4287A" w:rsidP="00B4287A">
                <w:pPr>
                  <w:spacing w:after="0"/>
                </w:pPr>
                <w:r w:rsidRPr="00B4287A">
                  <w:rPr>
                    <w:rStyle w:val="PlaceholderText"/>
                  </w:rPr>
                  <w:t>4.f Enter specification number and revision</w:t>
                </w:r>
              </w:p>
            </w:sdtContent>
          </w:sdt>
        </w:tc>
      </w:tr>
      <w:tr w:rsidR="00B4287A" w:rsidRPr="00B4287A" w14:paraId="77E89750" w14:textId="77777777" w:rsidTr="00B4287A">
        <w:trPr>
          <w:cantSplit/>
          <w:trHeight w:val="960"/>
        </w:trPr>
        <w:tc>
          <w:tcPr>
            <w:tcW w:w="2880" w:type="dxa"/>
            <w:tcBorders>
              <w:bottom w:val="single" w:sz="4" w:space="0" w:color="BFBFBF"/>
            </w:tcBorders>
            <w:shd w:val="clear" w:color="auto" w:fill="E7E6E6"/>
          </w:tcPr>
          <w:p w14:paraId="6F76A206" w14:textId="1BCEF745" w:rsidR="00B4287A" w:rsidRPr="00B4287A" w:rsidRDefault="00B4287A" w:rsidP="00B4287A">
            <w:pPr>
              <w:spacing w:after="0"/>
              <w:rPr>
                <w:b/>
              </w:rPr>
            </w:pPr>
            <w:r w:rsidRPr="00B4287A">
              <w:rPr>
                <w:b/>
              </w:rPr>
              <w:t>Intended Goods and Use Limits</w:t>
            </w:r>
          </w:p>
        </w:tc>
        <w:tc>
          <w:tcPr>
            <w:tcW w:w="6480" w:type="dxa"/>
            <w:tcBorders>
              <w:bottom w:val="single" w:sz="4" w:space="0" w:color="BFBFBF"/>
            </w:tcBorders>
            <w:shd w:val="clear" w:color="auto" w:fill="FFFFFF"/>
          </w:tcPr>
          <w:sdt>
            <w:sdtPr>
              <w:alias w:val="4.g Intended Goods and Use Limits"/>
              <w:tag w:val="STRETCH_WRAP_INTENDED_USE"/>
              <w:id w:val="-309248663"/>
              <w:placeholder>
                <w:docPart w:val="F592738426314D58B720F890F243F67E"/>
              </w:placeholder>
              <w:showingPlcHdr/>
            </w:sdtPr>
            <w:sdtContent>
              <w:p w14:paraId="3532C627" w14:textId="694A8B66" w:rsidR="00B4287A" w:rsidRPr="00B4287A" w:rsidRDefault="00B4287A" w:rsidP="00B4287A">
                <w:pPr>
                  <w:spacing w:after="0"/>
                </w:pPr>
                <w:r w:rsidRPr="00B4287A">
                  <w:rPr>
                    <w:rStyle w:val="PlaceholderText"/>
                  </w:rPr>
                  <w:t>4.g Enter intended goods and use limits</w:t>
                </w:r>
              </w:p>
            </w:sdtContent>
          </w:sdt>
        </w:tc>
      </w:tr>
      <w:tr w:rsidR="00B4287A" w:rsidRPr="00B4287A" w14:paraId="65D153DC" w14:textId="77777777" w:rsidTr="00B4287A">
        <w:trPr>
          <w:cantSplit/>
          <w:trHeight w:val="880"/>
        </w:trPr>
        <w:tc>
          <w:tcPr>
            <w:tcW w:w="2880" w:type="dxa"/>
            <w:shd w:val="clear" w:color="auto" w:fill="E7E6E6"/>
          </w:tcPr>
          <w:p w14:paraId="3101CD67" w14:textId="4C2CF0C2" w:rsidR="00B4287A" w:rsidRPr="00B4287A" w:rsidRDefault="00B4287A" w:rsidP="00B4287A">
            <w:pPr>
              <w:spacing w:after="0"/>
              <w:rPr>
                <w:b/>
              </w:rPr>
            </w:pPr>
            <w:r w:rsidRPr="00B4287A">
              <w:rPr>
                <w:b/>
              </w:rPr>
              <w:t>Included Components</w:t>
            </w:r>
          </w:p>
        </w:tc>
        <w:tc>
          <w:tcPr>
            <w:tcW w:w="6480" w:type="dxa"/>
            <w:shd w:val="clear" w:color="auto" w:fill="FFFFFF"/>
          </w:tcPr>
          <w:sdt>
            <w:sdtPr>
              <w:alias w:val="4.h Included Components"/>
              <w:tag w:val="STRETCH_WRAP_COMPONENTS"/>
              <w:id w:val="-599953733"/>
              <w:placeholder>
                <w:docPart w:val="B3887E5789C04D59BF666B77981DD54D"/>
              </w:placeholder>
              <w:showingPlcHdr/>
            </w:sdtPr>
            <w:sdtContent>
              <w:p w14:paraId="2D31AD47" w14:textId="0307B3D3" w:rsidR="00B4287A" w:rsidRPr="00B4287A" w:rsidRDefault="00B4287A" w:rsidP="00B4287A">
                <w:pPr>
                  <w:spacing w:after="0"/>
                </w:pPr>
                <w:r w:rsidRPr="00B4287A">
                  <w:rPr>
                    <w:rStyle w:val="PlaceholderText"/>
                  </w:rPr>
                  <w:t>4.h Enter included components</w:t>
                </w:r>
              </w:p>
            </w:sdtContent>
          </w:sdt>
        </w:tc>
      </w:tr>
    </w:tbl>
    <w:p w14:paraId="5F20C8CF" w14:textId="77777777" w:rsidR="00B4287A" w:rsidRPr="00B4287A" w:rsidRDefault="00B4287A" w:rsidP="00B4287A">
      <w:pPr>
        <w:spacing w:after="40"/>
        <w:rPr>
          <w:sz w:val="8"/>
        </w:rPr>
      </w:pPr>
    </w:p>
    <w:p w14:paraId="1C4EDBD9" w14:textId="77777777" w:rsidR="00B4287A" w:rsidRPr="00B4287A" w:rsidRDefault="00B4287A" w:rsidP="00B4287A">
      <w:pPr>
        <w:keepLines/>
      </w:pPr>
      <w:r w:rsidRPr="00B4287A">
        <w:t>Coverage is limited to the identified packaging and expressly included components. Other packaging in the shipment is outside this declaration. Roll cores and outer roll packaging are excluded unless expressly identified.</w:t>
      </w:r>
    </w:p>
    <w:p w14:paraId="600EBD7A" w14:textId="77777777" w:rsidR="00B4287A" w:rsidRPr="00B4287A" w:rsidRDefault="00B4287A" w:rsidP="00B4287A">
      <w:pPr>
        <w:keepLines/>
      </w:pPr>
      <w:r w:rsidRPr="00B4287A">
        <w:t>This declaration covers continuing production of the identified type and assessed variants, linked by production records to the controlled specification. Changes to products, manufacturing, standards, law or evidence are reviewed; the declaration is updated when necessary. Detailed assessments and supporting records remain in the technical file.</w:t>
      </w:r>
    </w:p>
    <w:p w14:paraId="6946BEFD" w14:textId="77777777" w:rsidR="00B4287A" w:rsidRPr="00B4287A" w:rsidRDefault="00B4287A" w:rsidP="00B4287A">
      <w:pPr>
        <w:pStyle w:val="StatementSection"/>
        <w:keepNext/>
        <w:keepLines/>
        <w:pageBreakBefore/>
      </w:pPr>
      <w:r w:rsidRPr="00B4287A">
        <w:lastRenderedPageBreak/>
        <w:t>5: Applicable Union Legislation</w:t>
      </w:r>
    </w:p>
    <w:p w14:paraId="20B1AFE4" w14:textId="77777777" w:rsidR="00B4287A" w:rsidRPr="00B4287A" w:rsidRDefault="00B4287A" w:rsidP="00B4287A">
      <w:pPr>
        <w:keepLines/>
      </w:pPr>
      <w:r w:rsidRPr="00B4287A">
        <w:t>The object of the declaration described in section 4 is in conformity with Regulation (EU) 2025/40, OJ L, 2025/40, 22 January 2025. Fulfilment of the applicable requirements in or pursuant to Articles 5–12 has been demonstrated using Article 38 and Annex VII, Module A, subject to the scope and timing identified in sections 8 and 9.</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57E2F051" w14:textId="77777777" w:rsidTr="00B4287A">
        <w:trPr>
          <w:cantSplit/>
          <w:trHeight w:val="960"/>
        </w:trPr>
        <w:tc>
          <w:tcPr>
            <w:tcW w:w="2880" w:type="dxa"/>
            <w:shd w:val="clear" w:color="auto" w:fill="E7E6E6"/>
          </w:tcPr>
          <w:p w14:paraId="1E1C8C52" w14:textId="382A423F" w:rsidR="00B4287A" w:rsidRPr="00B4287A" w:rsidRDefault="00B4287A" w:rsidP="00B4287A">
            <w:pPr>
              <w:spacing w:after="0"/>
              <w:rPr>
                <w:b/>
              </w:rPr>
            </w:pPr>
            <w:r w:rsidRPr="00B4287A">
              <w:rPr>
                <w:b/>
              </w:rPr>
              <w:t>Other Union Acts Covered</w:t>
            </w:r>
          </w:p>
        </w:tc>
        <w:tc>
          <w:tcPr>
            <w:tcW w:w="6480" w:type="dxa"/>
            <w:shd w:val="clear" w:color="auto" w:fill="FFFFFF"/>
          </w:tcPr>
          <w:sdt>
            <w:sdtPr>
              <w:alias w:val="5.a Other Union Acts Covered"/>
              <w:tag w:val="STRETCH_WRAP_OTHER_ACTS"/>
              <w:id w:val="593671685"/>
              <w:placeholder>
                <w:docPart w:val="DBF75DB82FFF4337971D01FC7A227D20"/>
              </w:placeholder>
              <w:showingPlcHdr/>
            </w:sdtPr>
            <w:sdtContent>
              <w:p w14:paraId="483FEFE5" w14:textId="5FD0696F" w:rsidR="00B4287A" w:rsidRPr="00B4287A" w:rsidRDefault="00B4287A" w:rsidP="00B4287A">
                <w:pPr>
                  <w:spacing w:after="0"/>
                </w:pPr>
                <w:r w:rsidRPr="00B4287A">
                  <w:rPr>
                    <w:rStyle w:val="PlaceholderText"/>
                  </w:rPr>
                  <w:t>5.a Enter other Union acts covered</w:t>
                </w:r>
              </w:p>
            </w:sdtContent>
          </w:sdt>
        </w:tc>
      </w:tr>
    </w:tbl>
    <w:p w14:paraId="7CE0F6B3" w14:textId="77777777" w:rsidR="00B4287A" w:rsidRPr="00B4287A" w:rsidRDefault="00B4287A" w:rsidP="00B4287A">
      <w:pPr>
        <w:spacing w:after="40"/>
        <w:rPr>
          <w:sz w:val="8"/>
        </w:rPr>
      </w:pPr>
    </w:p>
    <w:p w14:paraId="0DB6FAD7" w14:textId="77777777" w:rsidR="00B4287A" w:rsidRPr="00B4287A" w:rsidRDefault="00B4287A" w:rsidP="00B4287A">
      <w:pPr>
        <w:pStyle w:val="StatementSection"/>
        <w:keepNext/>
        <w:keepLines/>
      </w:pPr>
      <w:r w:rsidRPr="00B4287A">
        <w:t>6: Standards and Technical Specifications</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4680"/>
        <w:gridCol w:w="4680"/>
      </w:tblGrid>
      <w:tr w:rsidR="00B4287A" w:rsidRPr="00B4287A" w14:paraId="13D7046E" w14:textId="77777777" w:rsidTr="00B4287A">
        <w:trPr>
          <w:cantSplit/>
          <w:trHeight w:val="560"/>
          <w:tblHeader/>
        </w:trPr>
        <w:tc>
          <w:tcPr>
            <w:tcW w:w="4680" w:type="dxa"/>
            <w:tcBorders>
              <w:bottom w:val="single" w:sz="4" w:space="0" w:color="BFBFBF"/>
            </w:tcBorders>
            <w:shd w:val="clear" w:color="auto" w:fill="E7E6E6"/>
          </w:tcPr>
          <w:p w14:paraId="784E43C8" w14:textId="55E42EFE" w:rsidR="00B4287A" w:rsidRPr="00B4287A" w:rsidRDefault="00B4287A" w:rsidP="00B4287A">
            <w:pPr>
              <w:spacing w:after="0"/>
              <w:rPr>
                <w:b/>
              </w:rPr>
            </w:pPr>
            <w:r w:rsidRPr="00B4287A">
              <w:rPr>
                <w:b/>
              </w:rPr>
              <w:t>Reference and Edition</w:t>
            </w:r>
          </w:p>
        </w:tc>
        <w:tc>
          <w:tcPr>
            <w:tcW w:w="4680" w:type="dxa"/>
            <w:tcBorders>
              <w:bottom w:val="single" w:sz="4" w:space="0" w:color="BFBFBF"/>
            </w:tcBorders>
            <w:shd w:val="clear" w:color="auto" w:fill="E7E6E6"/>
          </w:tcPr>
          <w:p w14:paraId="6D8B4B5C" w14:textId="2DEB994C" w:rsidR="00B4287A" w:rsidRPr="00B4287A" w:rsidRDefault="00B4287A" w:rsidP="00B4287A">
            <w:pPr>
              <w:spacing w:after="0"/>
              <w:rPr>
                <w:b/>
              </w:rPr>
            </w:pPr>
            <w:r w:rsidRPr="00B4287A">
              <w:rPr>
                <w:b/>
              </w:rPr>
              <w:t>Scope or Clauses Applied</w:t>
            </w:r>
          </w:p>
        </w:tc>
      </w:tr>
      <w:tr w:rsidR="00B4287A" w:rsidRPr="00B4287A" w14:paraId="09924544" w14:textId="77777777" w:rsidTr="00B4287A">
        <w:trPr>
          <w:cantSplit/>
          <w:trHeight w:val="1160"/>
        </w:trPr>
        <w:tc>
          <w:tcPr>
            <w:tcW w:w="4680" w:type="dxa"/>
            <w:tcBorders>
              <w:bottom w:val="single" w:sz="4" w:space="0" w:color="BFBFBF"/>
            </w:tcBorders>
            <w:shd w:val="clear" w:color="auto" w:fill="FFFFFF"/>
          </w:tcPr>
          <w:sdt>
            <w:sdtPr>
              <w:alias w:val="6.a Standard or Common Specification"/>
              <w:tag w:val="STRETCH_WRAP_STANDARD_1"/>
              <w:id w:val="937410183"/>
              <w:placeholder>
                <w:docPart w:val="699EF496BFD949ACB3F96833A9326C55"/>
              </w:placeholder>
              <w:showingPlcHdr/>
            </w:sdtPr>
            <w:sdtContent>
              <w:p w14:paraId="3AD1BB1D" w14:textId="06F8F884" w:rsidR="00B4287A" w:rsidRPr="00B4287A" w:rsidRDefault="00B4287A" w:rsidP="00B4287A">
                <w:pPr>
                  <w:spacing w:after="0"/>
                </w:pPr>
                <w:r w:rsidRPr="00B4287A">
                  <w:rPr>
                    <w:rStyle w:val="PlaceholderText"/>
                  </w:rPr>
                  <w:t>6.a Enter standard or common specification</w:t>
                </w:r>
              </w:p>
            </w:sdtContent>
          </w:sdt>
        </w:tc>
        <w:tc>
          <w:tcPr>
            <w:tcW w:w="4680" w:type="dxa"/>
            <w:tcBorders>
              <w:bottom w:val="single" w:sz="4" w:space="0" w:color="BFBFBF"/>
            </w:tcBorders>
            <w:shd w:val="clear" w:color="auto" w:fill="FFFFFF"/>
          </w:tcPr>
          <w:sdt>
            <w:sdtPr>
              <w:alias w:val="6.b Scope of Standard or Common Specification"/>
              <w:tag w:val="STRETCH_WRAP_STANDARD_SCOPE_1"/>
              <w:id w:val="-1687279029"/>
              <w:placeholder>
                <w:docPart w:val="2CBDBF157D684AD3BBFF4F3C655F611E"/>
              </w:placeholder>
              <w:showingPlcHdr/>
            </w:sdtPr>
            <w:sdtContent>
              <w:p w14:paraId="1B04287F" w14:textId="4EACB9E9" w:rsidR="00B4287A" w:rsidRPr="00B4287A" w:rsidRDefault="00B4287A" w:rsidP="00B4287A">
                <w:pPr>
                  <w:spacing w:after="0"/>
                </w:pPr>
                <w:r w:rsidRPr="00B4287A">
                  <w:rPr>
                    <w:rStyle w:val="PlaceholderText"/>
                  </w:rPr>
                  <w:t>6.b Enter scope or clauses applied</w:t>
                </w:r>
              </w:p>
            </w:sdtContent>
          </w:sdt>
        </w:tc>
      </w:tr>
      <w:tr w:rsidR="00B4287A" w:rsidRPr="00B4287A" w14:paraId="29D11A21" w14:textId="77777777" w:rsidTr="00B4287A">
        <w:trPr>
          <w:cantSplit/>
          <w:trHeight w:val="1160"/>
        </w:trPr>
        <w:tc>
          <w:tcPr>
            <w:tcW w:w="4680" w:type="dxa"/>
            <w:shd w:val="clear" w:color="auto" w:fill="FFFFFF"/>
          </w:tcPr>
          <w:sdt>
            <w:sdtPr>
              <w:alias w:val="6.c Other Technical Specification"/>
              <w:tag w:val="STRETCH_WRAP_STANDARD_2"/>
              <w:id w:val="2119871272"/>
              <w:placeholder>
                <w:docPart w:val="F497302AE1C3485DA08E6D955E85789F"/>
              </w:placeholder>
              <w:showingPlcHdr/>
            </w:sdtPr>
            <w:sdtContent>
              <w:p w14:paraId="4B77ECDD" w14:textId="753436A6" w:rsidR="00B4287A" w:rsidRPr="00B4287A" w:rsidRDefault="00B4287A" w:rsidP="00B4287A">
                <w:pPr>
                  <w:spacing w:after="0"/>
                </w:pPr>
                <w:r w:rsidRPr="00B4287A">
                  <w:rPr>
                    <w:rStyle w:val="PlaceholderText"/>
                  </w:rPr>
                  <w:t>6.c Enter other technical specification</w:t>
                </w:r>
              </w:p>
            </w:sdtContent>
          </w:sdt>
        </w:tc>
        <w:tc>
          <w:tcPr>
            <w:tcW w:w="4680" w:type="dxa"/>
            <w:shd w:val="clear" w:color="auto" w:fill="FFFFFF"/>
          </w:tcPr>
          <w:sdt>
            <w:sdtPr>
              <w:alias w:val="6.d Scope of Other Technical Specification"/>
              <w:tag w:val="STRETCH_WRAP_STANDARD_SCOPE_2"/>
              <w:id w:val="1818769047"/>
              <w:placeholder>
                <w:docPart w:val="8B1083E4CB9443769A1B8CD0DD72FD1C"/>
              </w:placeholder>
              <w:showingPlcHdr/>
            </w:sdtPr>
            <w:sdtContent>
              <w:p w14:paraId="52C6A5BD" w14:textId="4D81585D" w:rsidR="00B4287A" w:rsidRPr="00B4287A" w:rsidRDefault="00B4287A" w:rsidP="00B4287A">
                <w:pPr>
                  <w:spacing w:after="0"/>
                </w:pPr>
                <w:r w:rsidRPr="00B4287A">
                  <w:rPr>
                    <w:rStyle w:val="PlaceholderText"/>
                  </w:rPr>
                  <w:t>6.d Enter scope or clauses applied</w:t>
                </w:r>
              </w:p>
            </w:sdtContent>
          </w:sdt>
        </w:tc>
      </w:tr>
    </w:tbl>
    <w:p w14:paraId="249DED06" w14:textId="77777777" w:rsidR="00B4287A" w:rsidRPr="00B4287A" w:rsidRDefault="00B4287A" w:rsidP="00B4287A">
      <w:pPr>
        <w:spacing w:after="40"/>
        <w:rPr>
          <w:sz w:val="8"/>
        </w:rPr>
      </w:pPr>
    </w:p>
    <w:p w14:paraId="22623F10" w14:textId="77777777" w:rsidR="00B4287A" w:rsidRPr="00B4287A" w:rsidRDefault="00B4287A" w:rsidP="00B4287A">
      <w:pPr>
        <w:pStyle w:val="StatementSection"/>
        <w:keepNext/>
        <w:keepLines/>
      </w:pPr>
      <w:r w:rsidRPr="00B4287A">
        <w:t>7: Notified Body</w:t>
      </w:r>
    </w:p>
    <w:p w14:paraId="383ADA2C" w14:textId="77777777" w:rsidR="00B4287A" w:rsidRPr="00B4287A" w:rsidRDefault="00B4287A" w:rsidP="00B4287A">
      <w:pPr>
        <w:keepLines/>
      </w:pPr>
      <w:r w:rsidRPr="00B4287A">
        <w:t xml:space="preserve">Not applicable to the </w:t>
      </w:r>
      <w:proofErr w:type="spellStart"/>
      <w:r w:rsidRPr="00B4287A">
        <w:t>PPWR</w:t>
      </w:r>
      <w:proofErr w:type="spellEnd"/>
      <w:r w:rsidRPr="00B4287A">
        <w:t xml:space="preserve"> Annex VII Module A procedure, which uses internal production control.</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6853EAFB" w14:textId="77777777" w:rsidTr="00B4287A">
        <w:trPr>
          <w:cantSplit/>
          <w:trHeight w:val="1000"/>
        </w:trPr>
        <w:tc>
          <w:tcPr>
            <w:tcW w:w="2880" w:type="dxa"/>
            <w:shd w:val="clear" w:color="auto" w:fill="E7E6E6"/>
          </w:tcPr>
          <w:p w14:paraId="1E78AC64" w14:textId="766A81C9" w:rsidR="00B4287A" w:rsidRPr="00B4287A" w:rsidRDefault="00B4287A" w:rsidP="00B4287A">
            <w:pPr>
              <w:spacing w:after="0"/>
              <w:rPr>
                <w:b/>
              </w:rPr>
            </w:pPr>
            <w:r w:rsidRPr="00B4287A">
              <w:rPr>
                <w:b/>
              </w:rPr>
              <w:t>Other-Act Notified Body</w:t>
            </w:r>
          </w:p>
        </w:tc>
        <w:tc>
          <w:tcPr>
            <w:tcW w:w="6480" w:type="dxa"/>
            <w:shd w:val="clear" w:color="auto" w:fill="FFFFFF"/>
          </w:tcPr>
          <w:sdt>
            <w:sdtPr>
              <w:alias w:val="7.a Other-Act Notified Body"/>
              <w:tag w:val="STRETCH_WRAP_NOTIFIED_BODY"/>
              <w:id w:val="1393004088"/>
              <w:placeholder>
                <w:docPart w:val="FAEB421E536F4DAAAE9EC3D1359515F7"/>
              </w:placeholder>
              <w:showingPlcHdr/>
            </w:sdtPr>
            <w:sdtContent>
              <w:p w14:paraId="167A2E6E" w14:textId="4AD24241" w:rsidR="00B4287A" w:rsidRPr="00B4287A" w:rsidRDefault="00B4287A" w:rsidP="00B4287A">
                <w:pPr>
                  <w:spacing w:after="0"/>
                </w:pPr>
                <w:r w:rsidRPr="00B4287A">
                  <w:rPr>
                    <w:rStyle w:val="PlaceholderText"/>
                  </w:rPr>
                  <w:t>7.a Enter other-act notified body details</w:t>
                </w:r>
              </w:p>
            </w:sdtContent>
          </w:sdt>
        </w:tc>
      </w:tr>
    </w:tbl>
    <w:p w14:paraId="5EA3D063" w14:textId="77777777" w:rsidR="00B4287A" w:rsidRPr="00B4287A" w:rsidRDefault="00B4287A" w:rsidP="00B4287A">
      <w:pPr>
        <w:spacing w:after="40"/>
        <w:rPr>
          <w:sz w:val="8"/>
        </w:rPr>
      </w:pPr>
    </w:p>
    <w:p w14:paraId="7F31B5B4" w14:textId="77777777" w:rsidR="00B4287A" w:rsidRPr="00B4287A" w:rsidRDefault="00B4287A" w:rsidP="00B4287A">
      <w:pPr>
        <w:pStyle w:val="StatementSection"/>
        <w:keepNext/>
        <w:keepLines/>
      </w:pPr>
      <w:r w:rsidRPr="00B4287A">
        <w:t>8: Additional Information</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72A3F7BD" w14:textId="77777777" w:rsidTr="00B4287A">
        <w:trPr>
          <w:cantSplit/>
          <w:trHeight w:val="920"/>
        </w:trPr>
        <w:tc>
          <w:tcPr>
            <w:tcW w:w="2880" w:type="dxa"/>
            <w:tcBorders>
              <w:bottom w:val="single" w:sz="4" w:space="0" w:color="BFBFBF"/>
            </w:tcBorders>
            <w:shd w:val="clear" w:color="auto" w:fill="E7E6E6"/>
          </w:tcPr>
          <w:p w14:paraId="7023FA9A" w14:textId="48522BCA" w:rsidR="00B4287A" w:rsidRPr="00B4287A" w:rsidRDefault="00B4287A" w:rsidP="00B4287A">
            <w:pPr>
              <w:spacing w:after="0"/>
              <w:rPr>
                <w:b/>
              </w:rPr>
            </w:pPr>
            <w:r w:rsidRPr="00B4287A">
              <w:rPr>
                <w:b/>
              </w:rPr>
              <w:t>Supporting Technical File</w:t>
            </w:r>
          </w:p>
        </w:tc>
        <w:tc>
          <w:tcPr>
            <w:tcW w:w="6480" w:type="dxa"/>
            <w:tcBorders>
              <w:bottom w:val="single" w:sz="4" w:space="0" w:color="BFBFBF"/>
            </w:tcBorders>
            <w:shd w:val="clear" w:color="auto" w:fill="FFFFFF"/>
          </w:tcPr>
          <w:sdt>
            <w:sdtPr>
              <w:alias w:val="8.a Supporting Technical File"/>
              <w:tag w:val="STRETCH_WRAP_TECH_FILE"/>
              <w:id w:val="1786230607"/>
              <w:placeholder>
                <w:docPart w:val="6A35AC7EBB374B30A5BC974A9AFA912A"/>
              </w:placeholder>
              <w:showingPlcHdr/>
            </w:sdtPr>
            <w:sdtContent>
              <w:p w14:paraId="2F51DD4F" w14:textId="476B2333" w:rsidR="00B4287A" w:rsidRPr="00B4287A" w:rsidRDefault="00B4287A" w:rsidP="00B4287A">
                <w:pPr>
                  <w:spacing w:after="0"/>
                </w:pPr>
                <w:r w:rsidRPr="00B4287A">
                  <w:rPr>
                    <w:rStyle w:val="PlaceholderText"/>
                  </w:rPr>
                  <w:t>8.a Enter technical file reference and custodian</w:t>
                </w:r>
              </w:p>
            </w:sdtContent>
          </w:sdt>
        </w:tc>
      </w:tr>
      <w:tr w:rsidR="00B4287A" w:rsidRPr="00B4287A" w14:paraId="03F1262D" w14:textId="77777777" w:rsidTr="00B4287A">
        <w:trPr>
          <w:cantSplit/>
          <w:trHeight w:val="920"/>
        </w:trPr>
        <w:tc>
          <w:tcPr>
            <w:tcW w:w="2880" w:type="dxa"/>
            <w:tcBorders>
              <w:bottom w:val="single" w:sz="4" w:space="0" w:color="BFBFBF"/>
            </w:tcBorders>
            <w:shd w:val="clear" w:color="auto" w:fill="E7E6E6"/>
          </w:tcPr>
          <w:p w14:paraId="1763F7E9" w14:textId="6917D14E" w:rsidR="00B4287A" w:rsidRPr="00B4287A" w:rsidRDefault="00B4287A" w:rsidP="00B4287A">
            <w:pPr>
              <w:spacing w:after="0"/>
              <w:rPr>
                <w:b/>
              </w:rPr>
            </w:pPr>
            <w:r w:rsidRPr="00B4287A">
              <w:rPr>
                <w:b/>
              </w:rPr>
              <w:t>Product Instructions and Limitations</w:t>
            </w:r>
          </w:p>
        </w:tc>
        <w:tc>
          <w:tcPr>
            <w:tcW w:w="6480" w:type="dxa"/>
            <w:tcBorders>
              <w:bottom w:val="single" w:sz="4" w:space="0" w:color="BFBFBF"/>
            </w:tcBorders>
            <w:shd w:val="clear" w:color="auto" w:fill="FFFFFF"/>
          </w:tcPr>
          <w:sdt>
            <w:sdtPr>
              <w:alias w:val="8.b Product Instructions and Limitations"/>
              <w:tag w:val="STRETCH_WRAP_INSTRUCTIONS"/>
              <w:id w:val="-1824887095"/>
              <w:placeholder>
                <w:docPart w:val="BF4E61C98ED04DAAB96D712B155D81DD"/>
              </w:placeholder>
              <w:showingPlcHdr/>
            </w:sdtPr>
            <w:sdtContent>
              <w:p w14:paraId="712A6EFF" w14:textId="0E3EAB3C" w:rsidR="00B4287A" w:rsidRPr="00B4287A" w:rsidRDefault="00B4287A" w:rsidP="00B4287A">
                <w:pPr>
                  <w:spacing w:after="0"/>
                </w:pPr>
                <w:r w:rsidRPr="00B4287A">
                  <w:rPr>
                    <w:rStyle w:val="PlaceholderText"/>
                  </w:rPr>
                  <w:t>8.b Enter product instructions and limitations</w:t>
                </w:r>
              </w:p>
            </w:sdtContent>
          </w:sdt>
        </w:tc>
      </w:tr>
      <w:tr w:rsidR="00B4287A" w:rsidRPr="00B4287A" w14:paraId="1525058A" w14:textId="77777777" w:rsidTr="00B4287A">
        <w:trPr>
          <w:cantSplit/>
          <w:trHeight w:val="760"/>
        </w:trPr>
        <w:tc>
          <w:tcPr>
            <w:tcW w:w="2880" w:type="dxa"/>
            <w:shd w:val="clear" w:color="auto" w:fill="E7E6E6"/>
          </w:tcPr>
          <w:p w14:paraId="55523170" w14:textId="241FD57B" w:rsidR="00B4287A" w:rsidRPr="00B4287A" w:rsidRDefault="00B4287A" w:rsidP="00B4287A">
            <w:pPr>
              <w:spacing w:after="0"/>
              <w:rPr>
                <w:b/>
              </w:rPr>
            </w:pPr>
            <w:r w:rsidRPr="00B4287A">
              <w:rPr>
                <w:b/>
              </w:rPr>
              <w:t>Destinations and Languages</w:t>
            </w:r>
          </w:p>
        </w:tc>
        <w:tc>
          <w:tcPr>
            <w:tcW w:w="6480" w:type="dxa"/>
            <w:shd w:val="clear" w:color="auto" w:fill="FFFFFF"/>
          </w:tcPr>
          <w:sdt>
            <w:sdtPr>
              <w:alias w:val="8.c Destinations and Languages"/>
              <w:tag w:val="STRETCH_WRAP_DESTINATION"/>
              <w:id w:val="-371228696"/>
              <w:placeholder>
                <w:docPart w:val="A25C1A8F7506479792087B2874D6A684"/>
              </w:placeholder>
              <w:showingPlcHdr/>
            </w:sdtPr>
            <w:sdtContent>
              <w:p w14:paraId="4D3F6C27" w14:textId="4BE339D3" w:rsidR="00B4287A" w:rsidRPr="00B4287A" w:rsidRDefault="00B4287A" w:rsidP="00B4287A">
                <w:pPr>
                  <w:spacing w:after="0"/>
                </w:pPr>
                <w:r w:rsidRPr="00B4287A">
                  <w:rPr>
                    <w:rStyle w:val="PlaceholderText"/>
                  </w:rPr>
                  <w:t>8.c Enter destinations and language versions</w:t>
                </w:r>
              </w:p>
            </w:sdtContent>
          </w:sdt>
        </w:tc>
      </w:tr>
    </w:tbl>
    <w:p w14:paraId="41BA005A" w14:textId="77777777" w:rsidR="00B4287A" w:rsidRPr="00B4287A" w:rsidRDefault="00B4287A" w:rsidP="00B4287A">
      <w:pPr>
        <w:spacing w:after="40"/>
        <w:rPr>
          <w:sz w:val="8"/>
        </w:rPr>
      </w:pPr>
    </w:p>
    <w:p w14:paraId="476CCF5E" w14:textId="77777777" w:rsidR="00B4287A" w:rsidRPr="00B4287A" w:rsidRDefault="00B4287A" w:rsidP="00B4287A">
      <w:pPr>
        <w:pStyle w:val="StatementSection"/>
        <w:keepNext/>
        <w:keepLines/>
        <w:pageBreakBefore/>
      </w:pPr>
      <w:r w:rsidRPr="00B4287A">
        <w:lastRenderedPageBreak/>
        <w:t>9: Applicability Summary</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880"/>
        <w:gridCol w:w="6480"/>
      </w:tblGrid>
      <w:tr w:rsidR="00B4287A" w:rsidRPr="00B4287A" w14:paraId="3124EF20" w14:textId="77777777" w:rsidTr="00B4287A">
        <w:trPr>
          <w:cantSplit/>
          <w:trHeight w:val="560"/>
        </w:trPr>
        <w:tc>
          <w:tcPr>
            <w:tcW w:w="2880" w:type="dxa"/>
            <w:shd w:val="clear" w:color="auto" w:fill="E7E6E6"/>
          </w:tcPr>
          <w:p w14:paraId="6E3C7047" w14:textId="70F676BD" w:rsidR="00B4287A" w:rsidRPr="00B4287A" w:rsidRDefault="00B4287A" w:rsidP="00B4287A">
            <w:pPr>
              <w:spacing w:after="0"/>
              <w:rPr>
                <w:b/>
              </w:rPr>
            </w:pPr>
            <w:r w:rsidRPr="00B4287A">
              <w:rPr>
                <w:b/>
              </w:rPr>
              <w:t>Applicability Date</w:t>
            </w:r>
          </w:p>
        </w:tc>
        <w:tc>
          <w:tcPr>
            <w:tcW w:w="6480" w:type="dxa"/>
            <w:shd w:val="clear" w:color="auto" w:fill="FFFFFF"/>
          </w:tcPr>
          <w:sdt>
            <w:sdtPr>
              <w:alias w:val="9.a Applicability Date"/>
              <w:tag w:val="STRETCH_WRAP_APPLICABILITY_DATE"/>
              <w:id w:val="1433006695"/>
              <w:placeholder>
                <w:docPart w:val="594AE0A0E2E2443AB53DABBB906DF107"/>
              </w:placeholder>
              <w:showingPlcHdr/>
              <w:date>
                <w:dateFormat w:val="MMMM d, yyyy"/>
                <w:lid w:val="en-US"/>
                <w:storeMappedDataAs w:val="dateTime"/>
                <w:calendar w:val="gregorian"/>
              </w:date>
            </w:sdtPr>
            <w:sdtContent>
              <w:p w14:paraId="1FAC5426" w14:textId="2FCA2CA3" w:rsidR="00B4287A" w:rsidRPr="00B4287A" w:rsidRDefault="00B4287A" w:rsidP="00B4287A">
                <w:pPr>
                  <w:spacing w:after="0"/>
                </w:pPr>
                <w:r w:rsidRPr="00B4287A">
                  <w:rPr>
                    <w:rStyle w:val="PlaceholderText"/>
                  </w:rPr>
                  <w:t>9.a Select applicability date</w:t>
                </w:r>
              </w:p>
            </w:sdtContent>
          </w:sdt>
        </w:tc>
      </w:tr>
    </w:tbl>
    <w:p w14:paraId="2B573922" w14:textId="77777777" w:rsidR="00B4287A" w:rsidRPr="00B4287A" w:rsidRDefault="00B4287A" w:rsidP="00B4287A">
      <w:pPr>
        <w:spacing w:after="40"/>
        <w:rPr>
          <w:sz w:val="8"/>
        </w:rPr>
      </w:pPr>
    </w:p>
    <w:p w14:paraId="0BFF2C88" w14:textId="77777777" w:rsidR="00B4287A" w:rsidRPr="00B4287A" w:rsidRDefault="00B4287A" w:rsidP="00B4287A">
      <w:pPr>
        <w:keepLines/>
      </w:pPr>
      <w:r w:rsidRPr="00B4287A">
        <w:t>Future provisions are identified without an advance conformity claim.</w:t>
      </w:r>
    </w:p>
    <w:tbl>
      <w:tblPr>
        <w:tblStyle w:val="TableGrid"/>
        <w:tblW w:w="936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80" w:type="dxa"/>
          <w:left w:w="120" w:type="dxa"/>
          <w:bottom w:w="80" w:type="dxa"/>
          <w:right w:w="120" w:type="dxa"/>
        </w:tblCellMar>
        <w:tblLook w:val="04A0" w:firstRow="1" w:lastRow="0" w:firstColumn="1" w:lastColumn="0" w:noHBand="0" w:noVBand="1"/>
      </w:tblPr>
      <w:tblGrid>
        <w:gridCol w:w="2760"/>
        <w:gridCol w:w="6600"/>
      </w:tblGrid>
      <w:tr w:rsidR="00B4287A" w:rsidRPr="00B4287A" w14:paraId="507BA64B" w14:textId="77777777" w:rsidTr="00B4287A">
        <w:trPr>
          <w:cantSplit/>
          <w:tblHeader/>
        </w:trPr>
        <w:tc>
          <w:tcPr>
            <w:tcW w:w="2760" w:type="dxa"/>
            <w:tcBorders>
              <w:bottom w:val="single" w:sz="4" w:space="0" w:color="BFBFBF"/>
            </w:tcBorders>
            <w:shd w:val="clear" w:color="auto" w:fill="E7E6E6"/>
          </w:tcPr>
          <w:p w14:paraId="03CC0A13" w14:textId="78C1B668" w:rsidR="00B4287A" w:rsidRPr="00B4287A" w:rsidRDefault="00B4287A" w:rsidP="00B4287A">
            <w:pPr>
              <w:spacing w:after="0"/>
              <w:rPr>
                <w:b/>
              </w:rPr>
            </w:pPr>
            <w:r w:rsidRPr="00B4287A">
              <w:rPr>
                <w:b/>
              </w:rPr>
              <w:t>Provision and Requirement</w:t>
            </w:r>
          </w:p>
        </w:tc>
        <w:tc>
          <w:tcPr>
            <w:tcW w:w="6600" w:type="dxa"/>
            <w:tcBorders>
              <w:bottom w:val="single" w:sz="4" w:space="0" w:color="BFBFBF"/>
            </w:tcBorders>
            <w:shd w:val="clear" w:color="auto" w:fill="E7E6E6"/>
          </w:tcPr>
          <w:p w14:paraId="45AB1CC6" w14:textId="3A7FA7C5" w:rsidR="00B4287A" w:rsidRPr="00B4287A" w:rsidRDefault="00B4287A" w:rsidP="00B4287A">
            <w:pPr>
              <w:spacing w:after="0"/>
              <w:rPr>
                <w:b/>
              </w:rPr>
            </w:pPr>
            <w:r w:rsidRPr="00B4287A">
              <w:rPr>
                <w:b/>
              </w:rPr>
              <w:t>Applicability and Brief Description</w:t>
            </w:r>
          </w:p>
        </w:tc>
      </w:tr>
      <w:tr w:rsidR="00B4287A" w:rsidRPr="00B4287A" w14:paraId="5A78BBB0" w14:textId="77777777" w:rsidTr="00B4287A">
        <w:trPr>
          <w:cantSplit/>
        </w:trPr>
        <w:tc>
          <w:tcPr>
            <w:tcW w:w="2760" w:type="dxa"/>
            <w:tcBorders>
              <w:bottom w:val="single" w:sz="4" w:space="0" w:color="BFBFBF"/>
            </w:tcBorders>
            <w:shd w:val="clear" w:color="auto" w:fill="FFFFFF"/>
          </w:tcPr>
          <w:p w14:paraId="0A287D8F" w14:textId="77777777" w:rsidR="00B4287A" w:rsidRDefault="00B4287A" w:rsidP="00B4287A">
            <w:pPr>
              <w:spacing w:after="0"/>
            </w:pPr>
            <w:r>
              <w:t>Article 5(1)</w:t>
            </w:r>
          </w:p>
          <w:p w14:paraId="32A77C04" w14:textId="4E658E78" w:rsidR="00B4287A" w:rsidRPr="00B4287A" w:rsidRDefault="00B4287A" w:rsidP="00B4287A">
            <w:pPr>
              <w:spacing w:after="0"/>
            </w:pPr>
            <w:r>
              <w:t>Substances of concern</w:t>
            </w:r>
          </w:p>
        </w:tc>
        <w:tc>
          <w:tcPr>
            <w:tcW w:w="6600" w:type="dxa"/>
            <w:tcBorders>
              <w:bottom w:val="single" w:sz="4" w:space="0" w:color="BFBFBF"/>
            </w:tcBorders>
            <w:shd w:val="clear" w:color="auto" w:fill="FFFFFF"/>
          </w:tcPr>
          <w:p w14:paraId="5E4D6717" w14:textId="2917824A" w:rsidR="00B4287A" w:rsidRPr="00B4287A" w:rsidRDefault="00B4287A" w:rsidP="00B4287A">
            <w:pPr>
              <w:spacing w:after="0"/>
            </w:pPr>
            <w:r w:rsidRPr="00B4287A">
              <w:rPr>
                <w:b/>
              </w:rPr>
              <w:t>Applicable</w:t>
            </w:r>
            <w:r>
              <w:t>. Substances of concern in packaging materials and components are subject to minimization requirements, including waste-management impacts.</w:t>
            </w:r>
          </w:p>
        </w:tc>
      </w:tr>
      <w:tr w:rsidR="00B4287A" w:rsidRPr="00B4287A" w14:paraId="05C0ABBF" w14:textId="77777777" w:rsidTr="00B4287A">
        <w:trPr>
          <w:cantSplit/>
        </w:trPr>
        <w:tc>
          <w:tcPr>
            <w:tcW w:w="2760" w:type="dxa"/>
            <w:tcBorders>
              <w:bottom w:val="single" w:sz="4" w:space="0" w:color="BFBFBF"/>
            </w:tcBorders>
            <w:shd w:val="clear" w:color="auto" w:fill="FFFFFF"/>
          </w:tcPr>
          <w:p w14:paraId="183E02AE" w14:textId="77777777" w:rsidR="00B4287A" w:rsidRDefault="00B4287A" w:rsidP="00B4287A">
            <w:pPr>
              <w:spacing w:after="0"/>
            </w:pPr>
            <w:r>
              <w:t>Article 5(4), (6)</w:t>
            </w:r>
          </w:p>
          <w:p w14:paraId="64C54313" w14:textId="1DF99A9D" w:rsidR="00B4287A" w:rsidRPr="00B4287A" w:rsidRDefault="00B4287A" w:rsidP="00B4287A">
            <w:pPr>
              <w:spacing w:after="0"/>
            </w:pPr>
            <w:r>
              <w:t>Restricted metals</w:t>
            </w:r>
          </w:p>
        </w:tc>
        <w:tc>
          <w:tcPr>
            <w:tcW w:w="6600" w:type="dxa"/>
            <w:tcBorders>
              <w:bottom w:val="single" w:sz="4" w:space="0" w:color="BFBFBF"/>
            </w:tcBorders>
            <w:shd w:val="clear" w:color="auto" w:fill="FFFFFF"/>
          </w:tcPr>
          <w:p w14:paraId="7EAB1E91" w14:textId="0BAD44DE" w:rsidR="00B4287A" w:rsidRPr="00B4287A" w:rsidRDefault="00B4287A" w:rsidP="00B4287A">
            <w:pPr>
              <w:spacing w:after="0"/>
            </w:pPr>
            <w:r w:rsidRPr="00B4287A">
              <w:rPr>
                <w:b/>
              </w:rPr>
              <w:t>Applicable</w:t>
            </w:r>
            <w:r>
              <w:t>. Combined lead, cadmium, mercury and hexavalent chromium: maximum 100 mg/kg. Supporting technical documentation is required.</w:t>
            </w:r>
          </w:p>
        </w:tc>
      </w:tr>
      <w:tr w:rsidR="00B4287A" w:rsidRPr="00B4287A" w14:paraId="744C9565" w14:textId="77777777" w:rsidTr="00B4287A">
        <w:trPr>
          <w:cantSplit/>
        </w:trPr>
        <w:tc>
          <w:tcPr>
            <w:tcW w:w="2760" w:type="dxa"/>
            <w:tcBorders>
              <w:bottom w:val="single" w:sz="4" w:space="0" w:color="BFBFBF"/>
            </w:tcBorders>
            <w:shd w:val="clear" w:color="auto" w:fill="FFFFFF"/>
          </w:tcPr>
          <w:p w14:paraId="1ECAA532" w14:textId="77777777" w:rsidR="00B4287A" w:rsidRDefault="00B4287A" w:rsidP="00B4287A">
            <w:pPr>
              <w:spacing w:after="0"/>
            </w:pPr>
            <w:r>
              <w:t>Article 5(5)</w:t>
            </w:r>
          </w:p>
          <w:p w14:paraId="4B8976A8" w14:textId="5F30440E" w:rsidR="00B4287A" w:rsidRPr="00B4287A" w:rsidRDefault="00B4287A" w:rsidP="00B4287A">
            <w:pPr>
              <w:spacing w:after="0"/>
            </w:pPr>
            <w:r>
              <w:t>PFAS in food-contact packaging</w:t>
            </w:r>
          </w:p>
        </w:tc>
        <w:tc>
          <w:tcPr>
            <w:tcW w:w="6600" w:type="dxa"/>
            <w:tcBorders>
              <w:bottom w:val="single" w:sz="4" w:space="0" w:color="BFBFBF"/>
            </w:tcBorders>
            <w:shd w:val="clear" w:color="auto" w:fill="FFFFFF"/>
          </w:tcPr>
          <w:p w14:paraId="7399F4AD" w14:textId="59AFC592" w:rsidR="00B4287A" w:rsidRPr="00B4287A" w:rsidRDefault="00B4287A" w:rsidP="00B4287A">
            <w:pPr>
              <w:spacing w:after="0"/>
            </w:pPr>
            <w:r w:rsidRPr="00B4287A">
              <w:rPr>
                <w:b/>
              </w:rPr>
              <w:t>Not applicable</w:t>
            </w:r>
            <w:r>
              <w:t xml:space="preserve"> to the declared non-food-contact use. The food-contact restriction has applied since 12 August 2026.</w:t>
            </w:r>
          </w:p>
        </w:tc>
      </w:tr>
      <w:tr w:rsidR="00B4287A" w:rsidRPr="00B4287A" w14:paraId="4448AE60" w14:textId="77777777" w:rsidTr="00B4287A">
        <w:trPr>
          <w:cantSplit/>
        </w:trPr>
        <w:tc>
          <w:tcPr>
            <w:tcW w:w="2760" w:type="dxa"/>
            <w:tcBorders>
              <w:bottom w:val="single" w:sz="4" w:space="0" w:color="BFBFBF"/>
            </w:tcBorders>
            <w:shd w:val="clear" w:color="auto" w:fill="FFFFFF"/>
          </w:tcPr>
          <w:p w14:paraId="494DC33D" w14:textId="77777777" w:rsidR="00B4287A" w:rsidRDefault="00B4287A" w:rsidP="00B4287A">
            <w:pPr>
              <w:spacing w:after="0"/>
            </w:pPr>
            <w:r>
              <w:t>Article 6(1)</w:t>
            </w:r>
          </w:p>
          <w:p w14:paraId="390C29F8" w14:textId="4747C929" w:rsidR="00B4287A" w:rsidRPr="00B4287A" w:rsidRDefault="00B4287A" w:rsidP="00B4287A">
            <w:pPr>
              <w:spacing w:after="0"/>
            </w:pPr>
            <w:r>
              <w:t>General recyclability</w:t>
            </w:r>
          </w:p>
        </w:tc>
        <w:tc>
          <w:tcPr>
            <w:tcW w:w="6600" w:type="dxa"/>
            <w:tcBorders>
              <w:bottom w:val="single" w:sz="4" w:space="0" w:color="BFBFBF"/>
            </w:tcBorders>
            <w:shd w:val="clear" w:color="auto" w:fill="FFFFFF"/>
          </w:tcPr>
          <w:p w14:paraId="22B2E6B0" w14:textId="27FD071B" w:rsidR="00B4287A" w:rsidRPr="00B4287A" w:rsidRDefault="00B4287A" w:rsidP="00B4287A">
            <w:pPr>
              <w:spacing w:after="0"/>
            </w:pPr>
            <w:r w:rsidRPr="00B4287A">
              <w:rPr>
                <w:b/>
              </w:rPr>
              <w:t>Applicable</w:t>
            </w:r>
            <w:r>
              <w:t>. General recyclability obligation covering the identified materials, colors, coatings and components. The transition for detailed assessment is described in Commission guidance, section 6.</w:t>
            </w:r>
          </w:p>
        </w:tc>
      </w:tr>
      <w:tr w:rsidR="00B4287A" w:rsidRPr="00B4287A" w14:paraId="26A365C0" w14:textId="77777777" w:rsidTr="00B4287A">
        <w:trPr>
          <w:cantSplit/>
        </w:trPr>
        <w:tc>
          <w:tcPr>
            <w:tcW w:w="2760" w:type="dxa"/>
            <w:tcBorders>
              <w:bottom w:val="single" w:sz="4" w:space="0" w:color="BFBFBF"/>
            </w:tcBorders>
            <w:shd w:val="clear" w:color="auto" w:fill="FFFFFF"/>
          </w:tcPr>
          <w:p w14:paraId="5EE2E490" w14:textId="77777777" w:rsidR="00B4287A" w:rsidRDefault="00B4287A" w:rsidP="00B4287A">
            <w:pPr>
              <w:spacing w:after="0"/>
            </w:pPr>
            <w:r>
              <w:t>Article 6(2)(a), (3)</w:t>
            </w:r>
            <w:proofErr w:type="gramStart"/>
            <w:r>
              <w:t>–(</w:t>
            </w:r>
            <w:proofErr w:type="gramEnd"/>
            <w:r>
              <w:t>4)</w:t>
            </w:r>
          </w:p>
          <w:p w14:paraId="33567ACF" w14:textId="41674766" w:rsidR="00B4287A" w:rsidRPr="00B4287A" w:rsidRDefault="00B4287A" w:rsidP="00B4287A">
            <w:pPr>
              <w:spacing w:after="0"/>
            </w:pPr>
            <w:r>
              <w:t>Design for recycling and grades</w:t>
            </w:r>
          </w:p>
        </w:tc>
        <w:tc>
          <w:tcPr>
            <w:tcW w:w="6600" w:type="dxa"/>
            <w:tcBorders>
              <w:bottom w:val="single" w:sz="4" w:space="0" w:color="BFBFBF"/>
            </w:tcBorders>
            <w:shd w:val="clear" w:color="auto" w:fill="FFFFFF"/>
          </w:tcPr>
          <w:p w14:paraId="17B21A30" w14:textId="322ADACA" w:rsidR="00B4287A" w:rsidRPr="00B4287A" w:rsidRDefault="00B4287A" w:rsidP="00B4287A">
            <w:pPr>
              <w:spacing w:after="0"/>
            </w:pPr>
            <w:r w:rsidRPr="00B4287A">
              <w:rPr>
                <w:b/>
              </w:rPr>
              <w:t>Not yet applicable until</w:t>
            </w:r>
            <w:r>
              <w:t xml:space="preserve"> 1 January 2030 or 24 months after </w:t>
            </w:r>
            <w:proofErr w:type="gramStart"/>
            <w:r>
              <w:t>the Article</w:t>
            </w:r>
            <w:proofErr w:type="gramEnd"/>
            <w:r>
              <w:t xml:space="preserve"> 6(4) delegated acts enter into force, whichever is later. Market access then requires grade A, B or C; only A or B from 1 January 2038.</w:t>
            </w:r>
          </w:p>
        </w:tc>
      </w:tr>
      <w:tr w:rsidR="00B4287A" w:rsidRPr="00B4287A" w14:paraId="5B28C651" w14:textId="77777777" w:rsidTr="00B4287A">
        <w:trPr>
          <w:cantSplit/>
        </w:trPr>
        <w:tc>
          <w:tcPr>
            <w:tcW w:w="2760" w:type="dxa"/>
            <w:tcBorders>
              <w:bottom w:val="single" w:sz="4" w:space="0" w:color="BFBFBF"/>
            </w:tcBorders>
            <w:shd w:val="clear" w:color="auto" w:fill="FFFFFF"/>
          </w:tcPr>
          <w:p w14:paraId="09E2EC8F" w14:textId="77777777" w:rsidR="00B4287A" w:rsidRDefault="00B4287A" w:rsidP="00B4287A">
            <w:pPr>
              <w:spacing w:after="0"/>
            </w:pPr>
            <w:r>
              <w:t>Article 6(2)(b), (5)</w:t>
            </w:r>
          </w:p>
          <w:p w14:paraId="65834712" w14:textId="6199E55E" w:rsidR="00B4287A" w:rsidRPr="00B4287A" w:rsidRDefault="00B4287A" w:rsidP="00B4287A">
            <w:pPr>
              <w:spacing w:after="0"/>
            </w:pPr>
            <w:r>
              <w:t>Collection, sorting and recycling at scale</w:t>
            </w:r>
          </w:p>
        </w:tc>
        <w:tc>
          <w:tcPr>
            <w:tcW w:w="6600" w:type="dxa"/>
            <w:tcBorders>
              <w:bottom w:val="single" w:sz="4" w:space="0" w:color="BFBFBF"/>
            </w:tcBorders>
            <w:shd w:val="clear" w:color="auto" w:fill="FFFFFF"/>
          </w:tcPr>
          <w:p w14:paraId="784A72F3" w14:textId="6801228F" w:rsidR="00B4287A" w:rsidRPr="00B4287A" w:rsidRDefault="00B4287A" w:rsidP="00B4287A">
            <w:pPr>
              <w:spacing w:after="0"/>
            </w:pPr>
            <w:r w:rsidRPr="00B4287A">
              <w:rPr>
                <w:b/>
              </w:rPr>
              <w:t>Not yet applicable until</w:t>
            </w:r>
            <w:r>
              <w:t xml:space="preserve"> 1 January 2035 for collection and sorting. Recycling at scale applies from 1 January 2035 or five years after </w:t>
            </w:r>
            <w:proofErr w:type="gramStart"/>
            <w:r>
              <w:t>the Article</w:t>
            </w:r>
            <w:proofErr w:type="gramEnd"/>
            <w:r>
              <w:t xml:space="preserve"> 6(5) implementing acts enter into force, whichever is later.</w:t>
            </w:r>
          </w:p>
        </w:tc>
      </w:tr>
      <w:tr w:rsidR="00B4287A" w:rsidRPr="00B4287A" w14:paraId="56901776" w14:textId="77777777" w:rsidTr="00B4287A">
        <w:trPr>
          <w:cantSplit/>
        </w:trPr>
        <w:tc>
          <w:tcPr>
            <w:tcW w:w="2760" w:type="dxa"/>
            <w:tcBorders>
              <w:bottom w:val="single" w:sz="4" w:space="0" w:color="BFBFBF"/>
            </w:tcBorders>
            <w:shd w:val="clear" w:color="auto" w:fill="FFFFFF"/>
          </w:tcPr>
          <w:p w14:paraId="6D9BEC38" w14:textId="77777777" w:rsidR="00B4287A" w:rsidRDefault="00B4287A" w:rsidP="00B4287A">
            <w:pPr>
              <w:spacing w:after="0"/>
            </w:pPr>
            <w:r>
              <w:t>Article 7(1)(d), (2)(d), (3), (6)</w:t>
            </w:r>
          </w:p>
          <w:p w14:paraId="464CFCF3" w14:textId="11C21CCE" w:rsidR="00B4287A" w:rsidRPr="00B4287A" w:rsidRDefault="00B4287A" w:rsidP="00B4287A">
            <w:pPr>
              <w:spacing w:after="0"/>
            </w:pPr>
            <w:r>
              <w:t>Post-consumer recycled plastic</w:t>
            </w:r>
          </w:p>
        </w:tc>
        <w:tc>
          <w:tcPr>
            <w:tcW w:w="6600" w:type="dxa"/>
            <w:tcBorders>
              <w:bottom w:val="single" w:sz="4" w:space="0" w:color="BFBFBF"/>
            </w:tcBorders>
            <w:shd w:val="clear" w:color="auto" w:fill="FFFFFF"/>
          </w:tcPr>
          <w:p w14:paraId="1290C2DB" w14:textId="13FDA823" w:rsidR="00B4287A" w:rsidRPr="00B4287A" w:rsidRDefault="00B4287A" w:rsidP="00B4287A">
            <w:pPr>
              <w:spacing w:after="0"/>
            </w:pPr>
            <w:r w:rsidRPr="00B4287A">
              <w:rPr>
                <w:b/>
              </w:rPr>
              <w:t>Not yet applicable until</w:t>
            </w:r>
            <w:r>
              <w:t xml:space="preserve"> 1 January 2030 or three years after the Article 7(8) act enters into force, whichever is later: 35% post-consumer recycled plastic. From 1 January 2040: 65%. These ordinary non-contact-sensitive targets use plant-and-year averages per packaging type and format, subject to Article 7(3) sourcing conditions.</w:t>
            </w:r>
          </w:p>
        </w:tc>
      </w:tr>
      <w:tr w:rsidR="00B4287A" w:rsidRPr="00B4287A" w14:paraId="59D560F4" w14:textId="77777777" w:rsidTr="00B4287A">
        <w:trPr>
          <w:cantSplit/>
        </w:trPr>
        <w:tc>
          <w:tcPr>
            <w:tcW w:w="2760" w:type="dxa"/>
            <w:tcBorders>
              <w:bottom w:val="single" w:sz="4" w:space="0" w:color="BFBFBF"/>
            </w:tcBorders>
            <w:shd w:val="clear" w:color="auto" w:fill="FFFFFF"/>
          </w:tcPr>
          <w:p w14:paraId="6A4B74BF" w14:textId="77777777" w:rsidR="00B4287A" w:rsidRDefault="00B4287A" w:rsidP="00B4287A">
            <w:pPr>
              <w:spacing w:after="0"/>
            </w:pPr>
            <w:r>
              <w:t>Article 7(8)</w:t>
            </w:r>
            <w:proofErr w:type="gramStart"/>
            <w:r>
              <w:t>–(</w:t>
            </w:r>
            <w:proofErr w:type="gramEnd"/>
            <w:r>
              <w:t>11)</w:t>
            </w:r>
          </w:p>
          <w:p w14:paraId="70E0E3C7" w14:textId="6BCAACA9" w:rsidR="00B4287A" w:rsidRPr="00B4287A" w:rsidRDefault="00B4287A" w:rsidP="00B4287A">
            <w:pPr>
              <w:spacing w:after="0"/>
            </w:pPr>
            <w:r>
              <w:t>Recycled-content methods</w:t>
            </w:r>
          </w:p>
        </w:tc>
        <w:tc>
          <w:tcPr>
            <w:tcW w:w="6600" w:type="dxa"/>
            <w:tcBorders>
              <w:bottom w:val="single" w:sz="4" w:space="0" w:color="BFBFBF"/>
            </w:tcBorders>
            <w:shd w:val="clear" w:color="auto" w:fill="FFFFFF"/>
          </w:tcPr>
          <w:p w14:paraId="7E8F484B" w14:textId="594EB11A" w:rsidR="00B4287A" w:rsidRPr="00B4287A" w:rsidRDefault="00B4287A" w:rsidP="00B4287A">
            <w:pPr>
              <w:spacing w:after="0"/>
            </w:pPr>
            <w:r w:rsidRPr="00B4287A">
              <w:rPr>
                <w:b/>
              </w:rPr>
              <w:t>Not yet applicable until</w:t>
            </w:r>
            <w:r>
              <w:t xml:space="preserve"> 1 January 2029 or 24 months after </w:t>
            </w:r>
            <w:proofErr w:type="gramStart"/>
            <w:r>
              <w:t>the Article</w:t>
            </w:r>
            <w:proofErr w:type="gramEnd"/>
            <w:r>
              <w:t xml:space="preserve"> 7(8</w:t>
            </w:r>
            <w:proofErr w:type="gramStart"/>
            <w:r>
              <w:t>) act</w:t>
            </w:r>
            <w:proofErr w:type="gramEnd"/>
            <w:r>
              <w:t xml:space="preserve"> enters into force, whichever is later, for paragraph 11 calculation and verification rules. Recycling and third-country criteria follow the applicable paragraph 9–10 acts.</w:t>
            </w:r>
          </w:p>
        </w:tc>
      </w:tr>
      <w:tr w:rsidR="00B4287A" w:rsidRPr="00B4287A" w14:paraId="78C6AC91" w14:textId="77777777" w:rsidTr="00B4287A">
        <w:trPr>
          <w:cantSplit/>
          <w:trHeight w:val="2120"/>
        </w:trPr>
        <w:tc>
          <w:tcPr>
            <w:tcW w:w="2760" w:type="dxa"/>
            <w:tcBorders>
              <w:bottom w:val="single" w:sz="4" w:space="0" w:color="BFBFBF"/>
            </w:tcBorders>
            <w:shd w:val="clear" w:color="auto" w:fill="FFFFFF"/>
          </w:tcPr>
          <w:p w14:paraId="322E2781" w14:textId="77777777" w:rsidR="00B4287A" w:rsidRDefault="00B4287A" w:rsidP="00B4287A">
            <w:pPr>
              <w:spacing w:after="0"/>
            </w:pPr>
            <w:r>
              <w:lastRenderedPageBreak/>
              <w:t>Article 7(4)</w:t>
            </w:r>
            <w:proofErr w:type="gramStart"/>
            <w:r>
              <w:t>–(</w:t>
            </w:r>
            <w:proofErr w:type="gramEnd"/>
            <w:r>
              <w:t>5)</w:t>
            </w:r>
          </w:p>
          <w:p w14:paraId="69F54648" w14:textId="2FAE4F10" w:rsidR="00B4287A" w:rsidRPr="00B4287A" w:rsidRDefault="00B4287A" w:rsidP="00B4287A">
            <w:pPr>
              <w:spacing w:after="0"/>
            </w:pPr>
            <w:r>
              <w:t>Recycled-content exemptions</w:t>
            </w:r>
          </w:p>
        </w:tc>
        <w:tc>
          <w:tcPr>
            <w:tcW w:w="6600" w:type="dxa"/>
            <w:tcBorders>
              <w:bottom w:val="single" w:sz="4" w:space="0" w:color="BFBFBF"/>
            </w:tcBorders>
            <w:shd w:val="clear" w:color="auto" w:fill="FFFFFF"/>
          </w:tcPr>
          <w:p w14:paraId="443022BA" w14:textId="77777777" w:rsidR="00B4287A" w:rsidRDefault="00B4287A" w:rsidP="00B4287A">
            <w:pPr>
              <w:spacing w:after="0"/>
            </w:pPr>
            <w:r w:rsidRPr="00B4287A">
              <w:rPr>
                <w:b/>
              </w:rPr>
              <w:t>Conditional</w:t>
            </w:r>
            <w:r>
              <w:t xml:space="preserve"> on an evidenced exemption under Article 7(4) or (5).</w:t>
            </w:r>
          </w:p>
          <w:sdt>
            <w:sdtPr>
              <w:alias w:val="9.b Recycled-Content Exemption"/>
              <w:tag w:val="STRETCH_WRAP_PLASTIC_EXEMPTION"/>
              <w:id w:val="-190386583"/>
              <w:placeholder>
                <w:docPart w:val="A03B48DAD6C94D399E22C224E66C83D9"/>
              </w:placeholder>
              <w:showingPlcHdr/>
            </w:sdtPr>
            <w:sdtContent>
              <w:p w14:paraId="0196299A" w14:textId="03CD70D3" w:rsidR="00B4287A" w:rsidRPr="00B4287A" w:rsidRDefault="00B4287A" w:rsidP="00B4287A">
                <w:pPr>
                  <w:spacing w:after="0"/>
                </w:pPr>
                <w:r w:rsidRPr="00B4287A">
                  <w:rPr>
                    <w:rStyle w:val="PlaceholderText"/>
                  </w:rPr>
                  <w:t>9.b Enter exemption and supporting basis</w:t>
                </w:r>
              </w:p>
            </w:sdtContent>
          </w:sdt>
        </w:tc>
      </w:tr>
      <w:tr w:rsidR="00B4287A" w:rsidRPr="00B4287A" w14:paraId="1E1A4647" w14:textId="77777777" w:rsidTr="00B4287A">
        <w:trPr>
          <w:cantSplit/>
        </w:trPr>
        <w:tc>
          <w:tcPr>
            <w:tcW w:w="2760" w:type="dxa"/>
            <w:tcBorders>
              <w:bottom w:val="single" w:sz="4" w:space="0" w:color="BFBFBF"/>
            </w:tcBorders>
            <w:shd w:val="clear" w:color="auto" w:fill="FFFFFF"/>
          </w:tcPr>
          <w:p w14:paraId="0F4413EF" w14:textId="77777777" w:rsidR="00B4287A" w:rsidRDefault="00B4287A" w:rsidP="00B4287A">
            <w:pPr>
              <w:spacing w:after="0"/>
            </w:pPr>
            <w:r>
              <w:t>Article 8</w:t>
            </w:r>
          </w:p>
          <w:p w14:paraId="78D73CA5" w14:textId="41BD74E4" w:rsidR="00B4287A" w:rsidRPr="00B4287A" w:rsidRDefault="00B4287A" w:rsidP="00B4287A">
            <w:pPr>
              <w:spacing w:after="0"/>
            </w:pPr>
            <w:r>
              <w:t>Biobased feedstock</w:t>
            </w:r>
          </w:p>
        </w:tc>
        <w:tc>
          <w:tcPr>
            <w:tcW w:w="6600" w:type="dxa"/>
            <w:tcBorders>
              <w:bottom w:val="single" w:sz="4" w:space="0" w:color="BFBFBF"/>
            </w:tcBorders>
            <w:shd w:val="clear" w:color="auto" w:fill="FFFFFF"/>
          </w:tcPr>
          <w:p w14:paraId="743E88FD" w14:textId="1C3A2A18" w:rsidR="00B4287A" w:rsidRPr="00B4287A" w:rsidRDefault="00B4287A" w:rsidP="00B4287A">
            <w:pPr>
              <w:spacing w:after="0"/>
            </w:pPr>
            <w:r w:rsidRPr="00B4287A">
              <w:rPr>
                <w:b/>
              </w:rPr>
              <w:t>No manufacturer minimum-content requirement</w:t>
            </w:r>
            <w:r>
              <w:t xml:space="preserve"> is established here. The Commission review deadline, 12 February 2028, is not a product-compliance date.</w:t>
            </w:r>
          </w:p>
        </w:tc>
      </w:tr>
      <w:tr w:rsidR="00B4287A" w:rsidRPr="00B4287A" w14:paraId="6BEB6805" w14:textId="77777777" w:rsidTr="00B4287A">
        <w:trPr>
          <w:cantSplit/>
          <w:trHeight w:val="2040"/>
        </w:trPr>
        <w:tc>
          <w:tcPr>
            <w:tcW w:w="2760" w:type="dxa"/>
            <w:tcBorders>
              <w:bottom w:val="single" w:sz="4" w:space="0" w:color="BFBFBF"/>
            </w:tcBorders>
            <w:shd w:val="clear" w:color="auto" w:fill="FFFFFF"/>
          </w:tcPr>
          <w:p w14:paraId="4D53960F" w14:textId="77777777" w:rsidR="00B4287A" w:rsidRDefault="00B4287A" w:rsidP="00B4287A">
            <w:pPr>
              <w:spacing w:after="0"/>
            </w:pPr>
            <w:r>
              <w:t>Article 9(1)</w:t>
            </w:r>
            <w:proofErr w:type="gramStart"/>
            <w:r>
              <w:t>–(</w:t>
            </w:r>
            <w:proofErr w:type="gramEnd"/>
            <w:r>
              <w:t>2)</w:t>
            </w:r>
          </w:p>
          <w:p w14:paraId="7106C8B6" w14:textId="1AB092CC" w:rsidR="00B4287A" w:rsidRPr="00B4287A" w:rsidRDefault="00B4287A" w:rsidP="00B4287A">
            <w:pPr>
              <w:spacing w:after="0"/>
            </w:pPr>
            <w:r>
              <w:t xml:space="preserve">Compulsory </w:t>
            </w:r>
            <w:proofErr w:type="spellStart"/>
            <w:r>
              <w:t>compostability</w:t>
            </w:r>
            <w:proofErr w:type="spellEnd"/>
          </w:p>
        </w:tc>
        <w:tc>
          <w:tcPr>
            <w:tcW w:w="6600" w:type="dxa"/>
            <w:tcBorders>
              <w:bottom w:val="single" w:sz="4" w:space="0" w:color="BFBFBF"/>
            </w:tcBorders>
            <w:shd w:val="clear" w:color="auto" w:fill="FFFFFF"/>
          </w:tcPr>
          <w:p w14:paraId="23E2268A" w14:textId="77777777" w:rsidR="00B4287A" w:rsidRDefault="00B4287A" w:rsidP="00B4287A">
            <w:pPr>
              <w:spacing w:after="0"/>
            </w:pPr>
            <w:r w:rsidRPr="00B4287A">
              <w:rPr>
                <w:b/>
              </w:rPr>
              <w:t>Not applicable</w:t>
            </w:r>
            <w:r>
              <w:t xml:space="preserve"> under paragraph 1 to this industrial transport format. Existing national rules permitted by paragraph 2(b) are </w:t>
            </w:r>
            <w:proofErr w:type="gramStart"/>
            <w:r>
              <w:t>destination-dependent</w:t>
            </w:r>
            <w:proofErr w:type="gramEnd"/>
            <w:r>
              <w:t>.</w:t>
            </w:r>
          </w:p>
          <w:sdt>
            <w:sdtPr>
              <w:alias w:val="9.c Destination Compostability Rule"/>
              <w:tag w:val="STRETCH_WRAP_COMPOST_RULE"/>
              <w:id w:val="-1253515539"/>
              <w:placeholder>
                <w:docPart w:val="CFA2E87F73F14FCAB9FAE7B493F5E34A"/>
              </w:placeholder>
              <w:showingPlcHdr/>
            </w:sdtPr>
            <w:sdtContent>
              <w:p w14:paraId="2C4EF3CA" w14:textId="3A1A7AED" w:rsidR="00B4287A" w:rsidRPr="00B4287A" w:rsidRDefault="00B4287A" w:rsidP="00B4287A">
                <w:pPr>
                  <w:spacing w:after="0"/>
                </w:pPr>
                <w:r w:rsidRPr="00B4287A">
                  <w:rPr>
                    <w:rStyle w:val="PlaceholderText"/>
                  </w:rPr>
                  <w:t>9.c Enter destination compostability status</w:t>
                </w:r>
              </w:p>
            </w:sdtContent>
          </w:sdt>
        </w:tc>
      </w:tr>
      <w:tr w:rsidR="00B4287A" w:rsidRPr="00B4287A" w14:paraId="15CB0753" w14:textId="77777777" w:rsidTr="00B4287A">
        <w:trPr>
          <w:cantSplit/>
        </w:trPr>
        <w:tc>
          <w:tcPr>
            <w:tcW w:w="2760" w:type="dxa"/>
            <w:tcBorders>
              <w:bottom w:val="single" w:sz="4" w:space="0" w:color="BFBFBF"/>
            </w:tcBorders>
            <w:shd w:val="clear" w:color="auto" w:fill="FFFFFF"/>
          </w:tcPr>
          <w:p w14:paraId="6BB9266C" w14:textId="77777777" w:rsidR="00B4287A" w:rsidRDefault="00B4287A" w:rsidP="00B4287A">
            <w:pPr>
              <w:spacing w:after="0"/>
            </w:pPr>
            <w:r>
              <w:t>Article 9(3)</w:t>
            </w:r>
            <w:proofErr w:type="gramStart"/>
            <w:r>
              <w:t>–(</w:t>
            </w:r>
            <w:proofErr w:type="gramEnd"/>
            <w:r>
              <w:t>4)</w:t>
            </w:r>
          </w:p>
          <w:p w14:paraId="41026746" w14:textId="3903E1A4" w:rsidR="00B4287A" w:rsidRPr="00B4287A" w:rsidRDefault="00B4287A" w:rsidP="00B4287A">
            <w:pPr>
              <w:spacing w:after="0"/>
            </w:pPr>
            <w:r>
              <w:t>Other packaging and material recycling</w:t>
            </w:r>
          </w:p>
        </w:tc>
        <w:tc>
          <w:tcPr>
            <w:tcW w:w="6600" w:type="dxa"/>
            <w:tcBorders>
              <w:bottom w:val="single" w:sz="4" w:space="0" w:color="BFBFBF"/>
            </w:tcBorders>
            <w:shd w:val="clear" w:color="auto" w:fill="FFFFFF"/>
          </w:tcPr>
          <w:p w14:paraId="1440D228" w14:textId="64F41356" w:rsidR="00B4287A" w:rsidRPr="00B4287A" w:rsidRDefault="00B4287A" w:rsidP="00B4287A">
            <w:pPr>
              <w:spacing w:after="0"/>
            </w:pPr>
            <w:r w:rsidRPr="00B4287A">
              <w:rPr>
                <w:b/>
              </w:rPr>
              <w:t>Not yet applicable until</w:t>
            </w:r>
            <w:r>
              <w:t xml:space="preserve"> 12 February 2028. Packaging outside paragraphs 1–2, including biodegradable materials, must be designed for material recycling under Article 6 without impairing other recycling streams.</w:t>
            </w:r>
          </w:p>
        </w:tc>
      </w:tr>
      <w:tr w:rsidR="00B4287A" w:rsidRPr="00B4287A" w14:paraId="17AF0642" w14:textId="77777777" w:rsidTr="00B4287A">
        <w:trPr>
          <w:cantSplit/>
        </w:trPr>
        <w:tc>
          <w:tcPr>
            <w:tcW w:w="2760" w:type="dxa"/>
            <w:tcBorders>
              <w:bottom w:val="single" w:sz="4" w:space="0" w:color="BFBFBF"/>
            </w:tcBorders>
            <w:shd w:val="clear" w:color="auto" w:fill="FFFFFF"/>
          </w:tcPr>
          <w:p w14:paraId="6CF8738F" w14:textId="77777777" w:rsidR="00B4287A" w:rsidRDefault="00B4287A" w:rsidP="00B4287A">
            <w:pPr>
              <w:spacing w:after="0"/>
            </w:pPr>
            <w:r>
              <w:t>Article 10(1)</w:t>
            </w:r>
            <w:proofErr w:type="gramStart"/>
            <w:r>
              <w:t>–(</w:t>
            </w:r>
            <w:proofErr w:type="gramEnd"/>
            <w:r>
              <w:t>4), Annex IV</w:t>
            </w:r>
          </w:p>
          <w:p w14:paraId="28E4B6DF" w14:textId="1276293E" w:rsidR="00B4287A" w:rsidRPr="00B4287A" w:rsidRDefault="00B4287A" w:rsidP="00B4287A">
            <w:pPr>
              <w:spacing w:after="0"/>
            </w:pPr>
            <w:r>
              <w:t>Packaging minimization</w:t>
            </w:r>
          </w:p>
        </w:tc>
        <w:tc>
          <w:tcPr>
            <w:tcW w:w="6600" w:type="dxa"/>
            <w:tcBorders>
              <w:bottom w:val="single" w:sz="4" w:space="0" w:color="BFBFBF"/>
            </w:tcBorders>
            <w:shd w:val="clear" w:color="auto" w:fill="FFFFFF"/>
          </w:tcPr>
          <w:p w14:paraId="694859EF" w14:textId="5A18F67B" w:rsidR="00B4287A" w:rsidRPr="00B4287A" w:rsidRDefault="00B4287A" w:rsidP="00B4287A">
            <w:pPr>
              <w:spacing w:after="0"/>
            </w:pPr>
            <w:r w:rsidRPr="00B4287A">
              <w:rPr>
                <w:b/>
              </w:rPr>
              <w:t>Not yet applicable until</w:t>
            </w:r>
            <w:r>
              <w:t xml:space="preserve"> 1 January 2030. Weight and volume must be minimized while retaining necessary function. Earlier essential minimization requirements continue through 31 December 2029 under Article 70(1)(b).</w:t>
            </w:r>
          </w:p>
        </w:tc>
      </w:tr>
      <w:tr w:rsidR="00B4287A" w:rsidRPr="00B4287A" w14:paraId="57AE9BC3" w14:textId="77777777" w:rsidTr="00B4287A">
        <w:trPr>
          <w:cantSplit/>
        </w:trPr>
        <w:tc>
          <w:tcPr>
            <w:tcW w:w="2760" w:type="dxa"/>
            <w:tcBorders>
              <w:bottom w:val="single" w:sz="4" w:space="0" w:color="BFBFBF"/>
            </w:tcBorders>
            <w:shd w:val="clear" w:color="auto" w:fill="FFFFFF"/>
          </w:tcPr>
          <w:p w14:paraId="4F795372" w14:textId="77777777" w:rsidR="00B4287A" w:rsidRDefault="00B4287A" w:rsidP="00B4287A">
            <w:pPr>
              <w:spacing w:after="0"/>
            </w:pPr>
            <w:r>
              <w:t>Article 11(1), (3), Annex VI Part B</w:t>
            </w:r>
          </w:p>
          <w:p w14:paraId="308FE30D" w14:textId="7C831F51" w:rsidR="00B4287A" w:rsidRPr="00B4287A" w:rsidRDefault="00B4287A" w:rsidP="00B4287A">
            <w:pPr>
              <w:spacing w:after="0"/>
            </w:pPr>
            <w:r>
              <w:t>Reusable packaging</w:t>
            </w:r>
          </w:p>
        </w:tc>
        <w:tc>
          <w:tcPr>
            <w:tcW w:w="6600" w:type="dxa"/>
            <w:tcBorders>
              <w:bottom w:val="single" w:sz="4" w:space="0" w:color="BFBFBF"/>
            </w:tcBorders>
            <w:shd w:val="clear" w:color="auto" w:fill="FFFFFF"/>
          </w:tcPr>
          <w:p w14:paraId="1B0631BB" w14:textId="4D555DA3" w:rsidR="00B4287A" w:rsidRPr="00B4287A" w:rsidRDefault="00B4287A" w:rsidP="00B4287A">
            <w:pPr>
              <w:spacing w:after="0"/>
            </w:pPr>
            <w:r w:rsidRPr="00B4287A">
              <w:rPr>
                <w:b/>
              </w:rPr>
              <w:t>Not applicable</w:t>
            </w:r>
            <w:r>
              <w:t>: the identified packaging is single-use; no reusable-packaging claim is made.</w:t>
            </w:r>
          </w:p>
        </w:tc>
      </w:tr>
      <w:tr w:rsidR="00B4287A" w:rsidRPr="00B4287A" w14:paraId="46182D70" w14:textId="77777777" w:rsidTr="00B4287A">
        <w:trPr>
          <w:cantSplit/>
        </w:trPr>
        <w:tc>
          <w:tcPr>
            <w:tcW w:w="2760" w:type="dxa"/>
            <w:tcBorders>
              <w:bottom w:val="single" w:sz="4" w:space="0" w:color="BFBFBF"/>
            </w:tcBorders>
            <w:shd w:val="clear" w:color="auto" w:fill="FFFFFF"/>
          </w:tcPr>
          <w:p w14:paraId="20C73B47" w14:textId="77777777" w:rsidR="00B4287A" w:rsidRDefault="00B4287A" w:rsidP="00B4287A">
            <w:pPr>
              <w:spacing w:after="0"/>
            </w:pPr>
            <w:r>
              <w:t>Article 11(2)</w:t>
            </w:r>
          </w:p>
          <w:p w14:paraId="609A76F5" w14:textId="1639D64E" w:rsidR="00B4287A" w:rsidRPr="00B4287A" w:rsidRDefault="00B4287A" w:rsidP="00B4287A">
            <w:pPr>
              <w:spacing w:after="0"/>
            </w:pPr>
            <w:r>
              <w:t>Minimum rotations</w:t>
            </w:r>
          </w:p>
        </w:tc>
        <w:tc>
          <w:tcPr>
            <w:tcW w:w="6600" w:type="dxa"/>
            <w:tcBorders>
              <w:bottom w:val="single" w:sz="4" w:space="0" w:color="BFBFBF"/>
            </w:tcBorders>
            <w:shd w:val="clear" w:color="auto" w:fill="FFFFFF"/>
          </w:tcPr>
          <w:p w14:paraId="20D27D28" w14:textId="43DF3B10" w:rsidR="00B4287A" w:rsidRPr="00B4287A" w:rsidRDefault="00B4287A" w:rsidP="00B4287A">
            <w:pPr>
              <w:spacing w:after="0"/>
            </w:pPr>
            <w:r w:rsidRPr="00B4287A">
              <w:rPr>
                <w:b/>
              </w:rPr>
              <w:t>Not applicable</w:t>
            </w:r>
            <w:r>
              <w:t xml:space="preserve"> to the identified single-use packaging; this provision concerns minimum rotations for reusable formats.</w:t>
            </w:r>
          </w:p>
        </w:tc>
      </w:tr>
      <w:tr w:rsidR="00B4287A" w:rsidRPr="00B4287A" w14:paraId="0FBA6486" w14:textId="77777777" w:rsidTr="00B4287A">
        <w:trPr>
          <w:cantSplit/>
        </w:trPr>
        <w:tc>
          <w:tcPr>
            <w:tcW w:w="2760" w:type="dxa"/>
            <w:tcBorders>
              <w:bottom w:val="single" w:sz="4" w:space="0" w:color="BFBFBF"/>
            </w:tcBorders>
            <w:shd w:val="clear" w:color="auto" w:fill="FFFFFF"/>
          </w:tcPr>
          <w:p w14:paraId="50DE0E57" w14:textId="77777777" w:rsidR="00B4287A" w:rsidRDefault="00B4287A" w:rsidP="00B4287A">
            <w:pPr>
              <w:spacing w:after="0"/>
            </w:pPr>
            <w:r>
              <w:t>Article 12(1), first subparagraph</w:t>
            </w:r>
          </w:p>
          <w:p w14:paraId="28940D96" w14:textId="71D8F8FE" w:rsidR="00B4287A" w:rsidRPr="00B4287A" w:rsidRDefault="00B4287A" w:rsidP="00B4287A">
            <w:pPr>
              <w:spacing w:after="0"/>
            </w:pPr>
            <w:r>
              <w:t>Consumer sorting label</w:t>
            </w:r>
          </w:p>
        </w:tc>
        <w:tc>
          <w:tcPr>
            <w:tcW w:w="6600" w:type="dxa"/>
            <w:tcBorders>
              <w:bottom w:val="single" w:sz="4" w:space="0" w:color="BFBFBF"/>
            </w:tcBorders>
            <w:shd w:val="clear" w:color="auto" w:fill="FFFFFF"/>
          </w:tcPr>
          <w:p w14:paraId="52D9FC8C" w14:textId="2BD51CDD" w:rsidR="00B4287A" w:rsidRPr="00B4287A" w:rsidRDefault="00B4287A" w:rsidP="00B4287A">
            <w:pPr>
              <w:spacing w:after="0"/>
            </w:pPr>
            <w:r w:rsidRPr="00B4287A">
              <w:rPr>
                <w:b/>
              </w:rPr>
              <w:t>Not applicable</w:t>
            </w:r>
            <w:r>
              <w:t>: ordinary transport packaging is excluded from the consumer-sorting label requirement. The exclusion does not extend to e-commerce packaging.</w:t>
            </w:r>
          </w:p>
        </w:tc>
      </w:tr>
      <w:tr w:rsidR="00B4287A" w:rsidRPr="00B4287A" w14:paraId="0019F171" w14:textId="77777777" w:rsidTr="00B4287A">
        <w:trPr>
          <w:cantSplit/>
        </w:trPr>
        <w:tc>
          <w:tcPr>
            <w:tcW w:w="2760" w:type="dxa"/>
            <w:tcBorders>
              <w:bottom w:val="single" w:sz="4" w:space="0" w:color="BFBFBF"/>
            </w:tcBorders>
            <w:shd w:val="clear" w:color="auto" w:fill="FFFFFF"/>
          </w:tcPr>
          <w:p w14:paraId="6F77499C" w14:textId="77777777" w:rsidR="00B4287A" w:rsidRDefault="00B4287A" w:rsidP="00B4287A">
            <w:pPr>
              <w:spacing w:after="0"/>
            </w:pPr>
            <w:r>
              <w:lastRenderedPageBreak/>
              <w:t>Article 12(1), second subparagraph, (7)</w:t>
            </w:r>
          </w:p>
          <w:p w14:paraId="7CAF1E1A" w14:textId="4E4FC68E" w:rsidR="00B4287A" w:rsidRPr="00B4287A" w:rsidRDefault="00B4287A" w:rsidP="00B4287A">
            <w:pPr>
              <w:spacing w:after="0"/>
            </w:pPr>
            <w:r>
              <w:t>Digital substances marking</w:t>
            </w:r>
          </w:p>
        </w:tc>
        <w:tc>
          <w:tcPr>
            <w:tcW w:w="6600" w:type="dxa"/>
            <w:tcBorders>
              <w:bottom w:val="single" w:sz="4" w:space="0" w:color="BFBFBF"/>
            </w:tcBorders>
            <w:shd w:val="clear" w:color="auto" w:fill="FFFFFF"/>
          </w:tcPr>
          <w:p w14:paraId="6522B8D7" w14:textId="22706353" w:rsidR="00B4287A" w:rsidRPr="00B4287A" w:rsidRDefault="00B4287A" w:rsidP="00B4287A">
            <w:pPr>
              <w:spacing w:after="0"/>
            </w:pPr>
            <w:r w:rsidRPr="00B4287A">
              <w:rPr>
                <w:b/>
              </w:rPr>
              <w:t>Not yet applicable until</w:t>
            </w:r>
            <w:r>
              <w:t xml:space="preserve"> 12 August 2028 or 24 months after the relevant implementing acts enter into force, whichever is later. Applies where substances of concern are present; the substances methodology is due by 1 January 2030. The </w:t>
            </w:r>
            <w:proofErr w:type="gramStart"/>
            <w:r>
              <w:t>transport sorting</w:t>
            </w:r>
            <w:proofErr w:type="gramEnd"/>
            <w:r>
              <w:t>-label exclusion is not a blanket exemption.</w:t>
            </w:r>
          </w:p>
        </w:tc>
      </w:tr>
      <w:tr w:rsidR="00B4287A" w:rsidRPr="00B4287A" w14:paraId="09B93F52" w14:textId="77777777" w:rsidTr="00B4287A">
        <w:trPr>
          <w:cantSplit/>
        </w:trPr>
        <w:tc>
          <w:tcPr>
            <w:tcW w:w="2760" w:type="dxa"/>
            <w:tcBorders>
              <w:bottom w:val="single" w:sz="4" w:space="0" w:color="BFBFBF"/>
            </w:tcBorders>
            <w:shd w:val="clear" w:color="auto" w:fill="FFFFFF"/>
          </w:tcPr>
          <w:p w14:paraId="11B8C28A" w14:textId="77777777" w:rsidR="00B4287A" w:rsidRDefault="00B4287A" w:rsidP="00B4287A">
            <w:pPr>
              <w:spacing w:after="0"/>
            </w:pPr>
            <w:r>
              <w:t>Article 12(2)</w:t>
            </w:r>
            <w:proofErr w:type="gramStart"/>
            <w:r>
              <w:t>–(</w:t>
            </w:r>
            <w:proofErr w:type="gramEnd"/>
            <w:r>
              <w:t>3)</w:t>
            </w:r>
          </w:p>
          <w:p w14:paraId="7E502DA6" w14:textId="780BDDDA" w:rsidR="00B4287A" w:rsidRPr="00B4287A" w:rsidRDefault="00B4287A" w:rsidP="00B4287A">
            <w:pPr>
              <w:spacing w:after="0"/>
            </w:pPr>
            <w:r>
              <w:t>Reuse label and digital information</w:t>
            </w:r>
          </w:p>
        </w:tc>
        <w:tc>
          <w:tcPr>
            <w:tcW w:w="6600" w:type="dxa"/>
            <w:tcBorders>
              <w:bottom w:val="single" w:sz="4" w:space="0" w:color="BFBFBF"/>
            </w:tcBorders>
            <w:shd w:val="clear" w:color="auto" w:fill="FFFFFF"/>
          </w:tcPr>
          <w:p w14:paraId="64F442F3" w14:textId="7A4AFD76" w:rsidR="00B4287A" w:rsidRPr="00B4287A" w:rsidRDefault="00B4287A" w:rsidP="00B4287A">
            <w:pPr>
              <w:spacing w:after="0"/>
            </w:pPr>
            <w:r w:rsidRPr="00B4287A">
              <w:rPr>
                <w:b/>
              </w:rPr>
              <w:t>Not applicable</w:t>
            </w:r>
            <w:r>
              <w:t xml:space="preserve">: the identified packaging is </w:t>
            </w:r>
            <w:proofErr w:type="gramStart"/>
            <w:r>
              <w:t>single-use</w:t>
            </w:r>
            <w:proofErr w:type="gramEnd"/>
            <w:r>
              <w:t>. These provisions concern reusable-packaging labels and digital information.</w:t>
            </w:r>
          </w:p>
        </w:tc>
      </w:tr>
      <w:tr w:rsidR="00B4287A" w:rsidRPr="00B4287A" w14:paraId="0ED1E56F" w14:textId="77777777" w:rsidTr="00B4287A">
        <w:trPr>
          <w:cantSplit/>
        </w:trPr>
        <w:tc>
          <w:tcPr>
            <w:tcW w:w="2760" w:type="dxa"/>
            <w:tcBorders>
              <w:bottom w:val="single" w:sz="4" w:space="0" w:color="BFBFBF"/>
            </w:tcBorders>
            <w:shd w:val="clear" w:color="auto" w:fill="FFFFFF"/>
          </w:tcPr>
          <w:p w14:paraId="267FCBCF" w14:textId="77777777" w:rsidR="00B4287A" w:rsidRDefault="00B4287A" w:rsidP="00B4287A">
            <w:pPr>
              <w:spacing w:after="0"/>
            </w:pPr>
            <w:r>
              <w:t>Article 12(4)</w:t>
            </w:r>
          </w:p>
          <w:p w14:paraId="22BED481" w14:textId="0FBA7A00" w:rsidR="00B4287A" w:rsidRPr="00B4287A" w:rsidRDefault="00B4287A" w:rsidP="00B4287A">
            <w:pPr>
              <w:spacing w:after="0"/>
            </w:pPr>
            <w:r>
              <w:t>Voluntary content labels</w:t>
            </w:r>
          </w:p>
        </w:tc>
        <w:tc>
          <w:tcPr>
            <w:tcW w:w="6600" w:type="dxa"/>
            <w:tcBorders>
              <w:bottom w:val="single" w:sz="4" w:space="0" w:color="BFBFBF"/>
            </w:tcBorders>
            <w:shd w:val="clear" w:color="auto" w:fill="FFFFFF"/>
          </w:tcPr>
          <w:p w14:paraId="0DEB16AF" w14:textId="5F310F51" w:rsidR="00B4287A" w:rsidRPr="00B4287A" w:rsidRDefault="00B4287A" w:rsidP="00B4287A">
            <w:pPr>
              <w:spacing w:after="0"/>
            </w:pPr>
            <w:r w:rsidRPr="00B4287A">
              <w:rPr>
                <w:b/>
              </w:rPr>
              <w:t>Conditional</w:t>
            </w:r>
            <w:r>
              <w:t xml:space="preserve"> on content claims. Recycled-content label rules are not yet applicable until 12 August 2028 or 24 months after the Article 12(6) act enters into force, whichever is later. Biobased-content labels follow the relevant implementing specifications when applicable.</w:t>
            </w:r>
          </w:p>
        </w:tc>
      </w:tr>
      <w:tr w:rsidR="00B4287A" w:rsidRPr="00B4287A" w14:paraId="00447BA7" w14:textId="77777777" w:rsidTr="00B4287A">
        <w:trPr>
          <w:cantSplit/>
          <w:trHeight w:val="2000"/>
        </w:trPr>
        <w:tc>
          <w:tcPr>
            <w:tcW w:w="2760" w:type="dxa"/>
            <w:tcBorders>
              <w:bottom w:val="single" w:sz="4" w:space="0" w:color="BFBFBF"/>
            </w:tcBorders>
            <w:shd w:val="clear" w:color="auto" w:fill="FFFFFF"/>
          </w:tcPr>
          <w:p w14:paraId="4F50B260" w14:textId="77777777" w:rsidR="00B4287A" w:rsidRDefault="00B4287A" w:rsidP="00B4287A">
            <w:pPr>
              <w:spacing w:after="0"/>
            </w:pPr>
            <w:r>
              <w:t>Article 12(5), (8)</w:t>
            </w:r>
          </w:p>
          <w:p w14:paraId="255B8D19" w14:textId="65D7E66A" w:rsidR="00B4287A" w:rsidRPr="00B4287A" w:rsidRDefault="00B4287A" w:rsidP="00B4287A">
            <w:pPr>
              <w:spacing w:after="0"/>
            </w:pPr>
            <w:r>
              <w:t>Label presentation and accuracy</w:t>
            </w:r>
          </w:p>
        </w:tc>
        <w:tc>
          <w:tcPr>
            <w:tcW w:w="6600" w:type="dxa"/>
            <w:tcBorders>
              <w:bottom w:val="single" w:sz="4" w:space="0" w:color="BFBFBF"/>
            </w:tcBorders>
            <w:shd w:val="clear" w:color="auto" w:fill="FFFFFF"/>
          </w:tcPr>
          <w:p w14:paraId="4440AD48" w14:textId="28F7B7CC" w:rsidR="00B4287A" w:rsidRPr="00B4287A" w:rsidRDefault="00B4287A" w:rsidP="00B4287A">
            <w:pPr>
              <w:spacing w:after="0"/>
            </w:pPr>
            <w:r>
              <w:t xml:space="preserve">Paragraph 5 presentation, language and digital-information rules apply with the relevant labels. Paragraph 8’s prohibition of misleading markings applies. </w:t>
            </w:r>
            <w:sdt>
              <w:sdtPr>
                <w:alias w:val="9.d Label and Claim Review"/>
                <w:tag w:val="STRETCH_WRAP_LABEL_REVIEW"/>
                <w:id w:val="403651825"/>
                <w:placeholder>
                  <w:docPart w:val="7769BCB897114E998AE7BE7606CC7982"/>
                </w:placeholder>
                <w:showingPlcHdr/>
              </w:sdtPr>
              <w:sdtContent>
                <w:r w:rsidRPr="00B4287A">
                  <w:rPr>
                    <w:rStyle w:val="PlaceholderText"/>
                  </w:rPr>
                  <w:t>9.d Enter label and claim review reference</w:t>
                </w:r>
              </w:sdtContent>
            </w:sdt>
          </w:p>
        </w:tc>
      </w:tr>
      <w:tr w:rsidR="00B4287A" w:rsidRPr="00B4287A" w14:paraId="17FA4F52" w14:textId="77777777" w:rsidTr="00B4287A">
        <w:trPr>
          <w:cantSplit/>
          <w:trHeight w:val="2000"/>
        </w:trPr>
        <w:tc>
          <w:tcPr>
            <w:tcW w:w="2760" w:type="dxa"/>
            <w:shd w:val="clear" w:color="auto" w:fill="FFFFFF"/>
          </w:tcPr>
          <w:p w14:paraId="2F47745D" w14:textId="77777777" w:rsidR="00B4287A" w:rsidRDefault="00B4287A" w:rsidP="00B4287A">
            <w:pPr>
              <w:spacing w:after="0"/>
            </w:pPr>
            <w:r>
              <w:t>Article 12(9)</w:t>
            </w:r>
            <w:proofErr w:type="gramStart"/>
            <w:r>
              <w:t>–(</w:t>
            </w:r>
            <w:proofErr w:type="gramEnd"/>
            <w:r>
              <w:t>10)</w:t>
            </w:r>
          </w:p>
          <w:p w14:paraId="5E4856A3" w14:textId="6347ED9F" w:rsidR="00B4287A" w:rsidRPr="00B4287A" w:rsidRDefault="00B4287A" w:rsidP="00B4287A">
            <w:pPr>
              <w:spacing w:after="0"/>
            </w:pPr>
            <w:r>
              <w:t>EPR and deposit-system marks</w:t>
            </w:r>
          </w:p>
        </w:tc>
        <w:tc>
          <w:tcPr>
            <w:tcW w:w="6600" w:type="dxa"/>
            <w:shd w:val="clear" w:color="auto" w:fill="FFFFFF"/>
          </w:tcPr>
          <w:p w14:paraId="18308210" w14:textId="2C017CAE" w:rsidR="00B4287A" w:rsidRPr="00B4287A" w:rsidRDefault="00B4287A" w:rsidP="00B4287A">
            <w:pPr>
              <w:spacing w:after="0"/>
            </w:pPr>
            <w:proofErr w:type="gramStart"/>
            <w:r w:rsidRPr="00B4287A">
              <w:rPr>
                <w:b/>
              </w:rPr>
              <w:t>Conditional</w:t>
            </w:r>
            <w:r>
              <w:t xml:space="preserve"> on</w:t>
            </w:r>
            <w:proofErr w:type="gramEnd"/>
            <w:r>
              <w:t xml:space="preserve"> scheme marking. Paragraph 9 provides for digital EPR identification by 12 February 2027; paragraph 10 concerns national deposit-system marks. </w:t>
            </w:r>
            <w:sdt>
              <w:sdtPr>
                <w:alias w:val="9.e EPR and Deposit-System Marks"/>
                <w:tag w:val="STRETCH_WRAP_SCHEME_MARKS"/>
                <w:id w:val="1399318525"/>
                <w:placeholder>
                  <w:docPart w:val="0F6A99F1C910410E844986E17D159087"/>
                </w:placeholder>
                <w:showingPlcHdr/>
              </w:sdtPr>
              <w:sdtContent>
                <w:r w:rsidRPr="00B4287A">
                  <w:rPr>
                    <w:rStyle w:val="PlaceholderText"/>
                  </w:rPr>
                  <w:t>9.e Enter applicable scheme marks</w:t>
                </w:r>
              </w:sdtContent>
            </w:sdt>
          </w:p>
        </w:tc>
      </w:tr>
    </w:tbl>
    <w:p w14:paraId="5319DFB9" w14:textId="77777777" w:rsidR="00B4287A" w:rsidRPr="00B4287A" w:rsidRDefault="00B4287A" w:rsidP="00B4287A">
      <w:pPr>
        <w:spacing w:after="40"/>
        <w:rPr>
          <w:sz w:val="8"/>
        </w:rPr>
      </w:pPr>
    </w:p>
    <w:p w14:paraId="3C347221" w14:textId="77777777" w:rsidR="00B4287A" w:rsidRPr="00B4287A" w:rsidRDefault="00B4287A" w:rsidP="00B4287A">
      <w:pPr>
        <w:keepLines/>
      </w:pPr>
      <w:r w:rsidRPr="00B4287A">
        <w:t>This declaration does not establish compliance with operational duties outside Articles 5–12, such as reuse targets or producer registration.</w:t>
      </w:r>
    </w:p>
    <w:p w14:paraId="212B0B88" w14:textId="77777777" w:rsidR="00B4287A" w:rsidRPr="00B4287A" w:rsidRDefault="00B4287A" w:rsidP="00B4287A">
      <w:pPr>
        <w:pStyle w:val="StatementSection"/>
        <w:keepNext/>
        <w:keepLines/>
      </w:pPr>
      <w:r w:rsidRPr="00B4287A">
        <w:t>10: Signed for and on Behalf of</w:t>
      </w:r>
    </w:p>
    <w:sdt>
      <w:sdtPr>
        <w:alias w:val="10.a Signed for and on Behalf of"/>
        <w:tag w:val="STRETCH_WRAP_SIGN_FOR"/>
        <w:id w:val="-530496377"/>
        <w:placeholder>
          <w:docPart w:val="0579BA90FDFC4CD796B7E06ABDE1CB1C"/>
        </w:placeholder>
        <w:showingPlcHdr/>
      </w:sdtPr>
      <w:sdtContent>
        <w:p w14:paraId="6B345BCC" w14:textId="4DE09685" w:rsidR="00B4287A" w:rsidRPr="00B4287A" w:rsidRDefault="00B4287A" w:rsidP="00B4287A">
          <w:pPr>
            <w:keepNext/>
            <w:keepLines/>
          </w:pPr>
          <w:r w:rsidRPr="00B4287A">
            <w:rPr>
              <w:rStyle w:val="PlaceholderText"/>
            </w:rPr>
            <w:t>10.a Enter manufacturer legal name</w:t>
          </w:r>
        </w:p>
      </w:sdtContent>
    </w:sdt>
    <w:p w14:paraId="29E90B8D" w14:textId="10403692" w:rsidR="00B4287A" w:rsidRPr="00B4287A" w:rsidRDefault="00B4287A" w:rsidP="00B4287A">
      <w:pPr>
        <w:keepNext/>
        <w:keepLines/>
      </w:pPr>
      <w:r w:rsidRPr="00B4287A">
        <w:t xml:space="preserve">Place of Issue: </w:t>
      </w:r>
      <w:sdt>
        <w:sdtPr>
          <w:alias w:val="10.b Place of Issue"/>
          <w:tag w:val="STRETCH_WRAP_SIGN_PLACE"/>
          <w:id w:val="738994341"/>
          <w:placeholder>
            <w:docPart w:val="85E9AC19F8364634BD539E7474A75943"/>
          </w:placeholder>
          <w:showingPlcHdr/>
        </w:sdtPr>
        <w:sdtContent>
          <w:r w:rsidRPr="00B4287A">
            <w:rPr>
              <w:rStyle w:val="PlaceholderText"/>
            </w:rPr>
            <w:t>10.b Enter city and country</w:t>
          </w:r>
        </w:sdtContent>
      </w:sdt>
    </w:p>
    <w:tbl>
      <w:tblPr>
        <w:tblW w:w="9360" w:type="dxa"/>
        <w:tblLayout w:type="fixed"/>
        <w:tblCellMar>
          <w:top w:w="80" w:type="dxa"/>
          <w:left w:w="120" w:type="dxa"/>
          <w:bottom w:w="80" w:type="dxa"/>
          <w:right w:w="120" w:type="dxa"/>
        </w:tblCellMar>
        <w:tblLook w:val="04A0" w:firstRow="1" w:lastRow="0" w:firstColumn="1" w:lastColumn="0" w:noHBand="0" w:noVBand="1"/>
      </w:tblPr>
      <w:tblGrid>
        <w:gridCol w:w="5670"/>
        <w:gridCol w:w="3690"/>
      </w:tblGrid>
      <w:tr w:rsidR="00B4287A" w:rsidRPr="00B4287A" w14:paraId="1DBBF62B" w14:textId="77777777" w:rsidTr="006F6E59">
        <w:trPr>
          <w:cantSplit/>
          <w:trHeight w:val="640"/>
        </w:trPr>
        <w:tc>
          <w:tcPr>
            <w:tcW w:w="5670" w:type="dxa"/>
            <w:shd w:val="clear" w:color="auto" w:fill="FFFFFF"/>
          </w:tcPr>
          <w:p w14:paraId="659F3006" w14:textId="46D3BFC0" w:rsidR="00B4287A" w:rsidRPr="00B4287A" w:rsidRDefault="00B4287A" w:rsidP="00B4287A">
            <w:pPr>
              <w:keepNext/>
              <w:spacing w:after="0"/>
            </w:pPr>
            <w:r>
              <w:t xml:space="preserve">Signature: </w:t>
            </w:r>
            <w:sdt>
              <w:sdtPr>
                <w:alias w:val="10.e Signature"/>
                <w:tag w:val="STRETCH_WRAP_SIGNATURE"/>
                <w:id w:val="-2143261327"/>
                <w:placeholder>
                  <w:docPart w:val="86DC34A781504608A656181A8ACAD0B6"/>
                </w:placeholder>
                <w:showingPlcHdr/>
              </w:sdtPr>
              <w:sdtContent>
                <w:r w:rsidRPr="00B4287A">
                  <w:rPr>
                    <w:rStyle w:val="PlaceholderText"/>
                    <w:u w:val="single"/>
                  </w:rPr>
                  <w:t>10.e Enter signature</w:t>
                </w:r>
              </w:sdtContent>
            </w:sdt>
            <w:r>
              <w:t>____________________</w:t>
            </w:r>
          </w:p>
        </w:tc>
        <w:tc>
          <w:tcPr>
            <w:tcW w:w="3690" w:type="dxa"/>
            <w:shd w:val="clear" w:color="auto" w:fill="FFFFFF"/>
          </w:tcPr>
          <w:p w14:paraId="2702491F" w14:textId="13F297C8" w:rsidR="00B4287A" w:rsidRPr="00B4287A" w:rsidRDefault="00B4287A" w:rsidP="006F6E59">
            <w:pPr>
              <w:keepNext/>
              <w:spacing w:after="0"/>
              <w:rPr>
                <w:b/>
              </w:rPr>
            </w:pPr>
            <w:r w:rsidRPr="00B4287A">
              <w:rPr>
                <w:b/>
              </w:rPr>
              <w:t>Date Signed:</w:t>
            </w:r>
            <w:r w:rsidR="00467E56">
              <w:rPr>
                <w:b/>
              </w:rPr>
              <w:t xml:space="preserve"> </w:t>
            </w:r>
            <w:r w:rsidR="006F6E59">
              <w:rPr>
                <w:b/>
              </w:rPr>
              <w:t xml:space="preserve"> </w:t>
            </w:r>
            <w:sdt>
              <w:sdtPr>
                <w:rPr>
                  <w:b/>
                </w:rPr>
                <w:alias w:val="10.c Date Signed"/>
                <w:tag w:val="STRETCH_WRAP_SIGN_DATE"/>
                <w:id w:val="1867096376"/>
                <w:placeholder>
                  <w:docPart w:val="40451FCE6B9143F18BF29028FCE90598"/>
                </w:placeholder>
                <w:showingPlcHdr/>
                <w:date>
                  <w:dateFormat w:val="MMMM d, yyyy"/>
                  <w:lid w:val="en-US"/>
                  <w:storeMappedDataAs w:val="dateTime"/>
                  <w:calendar w:val="gregorian"/>
                </w:date>
              </w:sdtPr>
              <w:sdtContent>
                <w:r w:rsidRPr="00B4287A">
                  <w:rPr>
                    <w:rStyle w:val="PlaceholderText"/>
                    <w:i/>
                  </w:rPr>
                  <w:t>10.c Select date</w:t>
                </w:r>
              </w:sdtContent>
            </w:sdt>
          </w:p>
        </w:tc>
      </w:tr>
      <w:tr w:rsidR="00B4287A" w:rsidRPr="00B4287A" w14:paraId="02095A66" w14:textId="77777777" w:rsidTr="006F6E59">
        <w:trPr>
          <w:cantSplit/>
          <w:trHeight w:val="560"/>
        </w:trPr>
        <w:tc>
          <w:tcPr>
            <w:tcW w:w="5670" w:type="dxa"/>
            <w:shd w:val="clear" w:color="auto" w:fill="FFFFFF"/>
          </w:tcPr>
          <w:p w14:paraId="4EDF832C" w14:textId="6EC725E7" w:rsidR="00B4287A" w:rsidRPr="00B4287A" w:rsidRDefault="00B4287A" w:rsidP="00B4287A">
            <w:pPr>
              <w:spacing w:after="0"/>
            </w:pPr>
            <w:r>
              <w:t xml:space="preserve">Printed Name: </w:t>
            </w:r>
            <w:sdt>
              <w:sdtPr>
                <w:alias w:val="10.d Printed Name"/>
                <w:tag w:val="STRETCH_WRAP_SIGN_NAME"/>
                <w:id w:val="533546029"/>
                <w:placeholder>
                  <w:docPart w:val="5C02B12F6C6340F7AC2D43A9D3F46782"/>
                </w:placeholder>
                <w:showingPlcHdr/>
              </w:sdtPr>
              <w:sdtContent>
                <w:r w:rsidRPr="00B4287A">
                  <w:rPr>
                    <w:rStyle w:val="PlaceholderText"/>
                    <w:i/>
                  </w:rPr>
                  <w:t>10.d Enter printed name</w:t>
                </w:r>
              </w:sdtContent>
            </w:sdt>
          </w:p>
        </w:tc>
        <w:tc>
          <w:tcPr>
            <w:tcW w:w="3690" w:type="dxa"/>
            <w:shd w:val="clear" w:color="auto" w:fill="FFFFFF"/>
          </w:tcPr>
          <w:p w14:paraId="6FB8079F" w14:textId="16DFDA84" w:rsidR="00B4287A" w:rsidRPr="00B4287A" w:rsidRDefault="00B4287A" w:rsidP="00B4287A">
            <w:pPr>
              <w:spacing w:after="0"/>
              <w:rPr>
                <w:b/>
              </w:rPr>
            </w:pPr>
            <w:r w:rsidRPr="00B4287A">
              <w:rPr>
                <w:b/>
              </w:rPr>
              <w:t xml:space="preserve">Title: </w:t>
            </w:r>
            <w:sdt>
              <w:sdtPr>
                <w:rPr>
                  <w:b/>
                </w:rPr>
                <w:alias w:val="10.f Title"/>
                <w:tag w:val="STRETCH_WRAP_SIGN_TITLE"/>
                <w:id w:val="1541019327"/>
                <w:placeholder>
                  <w:docPart w:val="0C929466E5E24762ABE7B30F4DF065D0"/>
                </w:placeholder>
                <w:showingPlcHdr/>
              </w:sdtPr>
              <w:sdtContent>
                <w:r w:rsidRPr="00B4287A">
                  <w:rPr>
                    <w:rStyle w:val="PlaceholderText"/>
                    <w:i/>
                  </w:rPr>
                  <w:t>10.f Enter job title</w:t>
                </w:r>
              </w:sdtContent>
            </w:sdt>
          </w:p>
        </w:tc>
      </w:tr>
    </w:tbl>
    <w:p w14:paraId="25909A18" w14:textId="77777777" w:rsidR="00B4287A" w:rsidRDefault="00B4287A" w:rsidP="00AA36B6">
      <w:pPr>
        <w:keepLines/>
      </w:pPr>
    </w:p>
    <w:p w14:paraId="37744730" w14:textId="77777777" w:rsidR="00B4287A" w:rsidRDefault="00B4287A" w:rsidP="00AA36B6">
      <w:pPr>
        <w:keepLines/>
        <w:sectPr w:rsidR="00B4287A" w:rsidSect="00B4287A">
          <w:pgSz w:w="12240" w:h="15840"/>
          <w:pgMar w:top="1440" w:right="1440" w:bottom="1440" w:left="1440" w:header="720" w:footer="720" w:gutter="0"/>
          <w:cols w:space="720"/>
          <w:docGrid w:linePitch="360"/>
        </w:sectPr>
      </w:pPr>
    </w:p>
    <w:p w14:paraId="4453EF03" w14:textId="77777777" w:rsidR="00B4287A" w:rsidRPr="00B4287A" w:rsidRDefault="00B4287A" w:rsidP="00B4287A">
      <w:pPr>
        <w:pStyle w:val="StatementTitle"/>
        <w:keepNext/>
        <w:keepLines/>
      </w:pPr>
      <w:r w:rsidRPr="00B4287A">
        <w:lastRenderedPageBreak/>
        <w:t>Stretch Wrap Template Instructions</w:t>
      </w:r>
    </w:p>
    <w:p w14:paraId="55E63ECD" w14:textId="77777777" w:rsidR="00B4287A" w:rsidRPr="00B4287A" w:rsidRDefault="00B4287A" w:rsidP="00B4287A">
      <w:pPr>
        <w:pStyle w:val="StatementSubtitle"/>
        <w:keepNext/>
        <w:keepLines/>
      </w:pPr>
      <w:r w:rsidRPr="00B4287A">
        <w:t>Instructions for Completing the Declaration</w:t>
      </w:r>
    </w:p>
    <w:p w14:paraId="20DACA19" w14:textId="77777777" w:rsidR="00B4287A" w:rsidRPr="00B4287A" w:rsidRDefault="00B4287A" w:rsidP="00B4287A">
      <w:pPr>
        <w:keepLines/>
      </w:pPr>
      <w:r w:rsidRPr="00B4287A">
        <w:t xml:space="preserve">Match each field number on the template to the instruction below. Replace the prompt with your answer. For example, field </w:t>
      </w:r>
      <w:proofErr w:type="spellStart"/>
      <w:r w:rsidRPr="00B4287A">
        <w:t>4.d</w:t>
      </w:r>
      <w:proofErr w:type="spellEnd"/>
      <w:r w:rsidRPr="00B4287A">
        <w:t xml:space="preserve"> and instruction </w:t>
      </w:r>
      <w:proofErr w:type="spellStart"/>
      <w:r w:rsidRPr="00B4287A">
        <w:t>4.d</w:t>
      </w:r>
      <w:proofErr w:type="spellEnd"/>
      <w:r w:rsidRPr="00B4287A">
        <w:t xml:space="preserve"> both cover product dimensions.</w:t>
      </w:r>
    </w:p>
    <w:p w14:paraId="6E700FE3" w14:textId="77777777" w:rsidR="00B4287A" w:rsidRPr="00B4287A" w:rsidRDefault="00B4287A" w:rsidP="00B4287A">
      <w:pPr>
        <w:pStyle w:val="StatementSection"/>
        <w:keepNext/>
        <w:keepLines/>
      </w:pPr>
      <w:r w:rsidRPr="00B4287A">
        <w:t>How to Use This Template</w:t>
      </w:r>
    </w:p>
    <w:p w14:paraId="17FE6B94" w14:textId="77777777" w:rsidR="00B4287A" w:rsidRPr="00B4287A" w:rsidRDefault="00B4287A" w:rsidP="00B4287A">
      <w:pPr>
        <w:keepLines/>
      </w:pPr>
      <w:r w:rsidRPr="00B4287A">
        <w:t xml:space="preserve">This template covers single-use film for industrial transport. The named manufacturer signs to confirm compliance. Before </w:t>
      </w:r>
      <w:proofErr w:type="gramStart"/>
      <w:r w:rsidRPr="00B4287A">
        <w:t>signing</w:t>
      </w:r>
      <w:proofErr w:type="gramEnd"/>
      <w:r w:rsidRPr="00B4287A">
        <w:t>, check the product against the applicable requirements and keep the records supporting the result.</w:t>
      </w:r>
    </w:p>
    <w:p w14:paraId="2FCE8833" w14:textId="77777777" w:rsidR="00B4287A" w:rsidRPr="00B4287A" w:rsidRDefault="00B4287A" w:rsidP="00B4287A">
      <w:pPr>
        <w:keepLines/>
      </w:pPr>
      <w:r w:rsidRPr="00B4287A">
        <w:t xml:space="preserve">The entry areas expand as you type. Use a referenced product list for longer entries and check the finished layout. The instruction sheets start on an odd page for double-sided printing. Keep the Odd Page section break in place and print the declaration pages when issuing the </w:t>
      </w:r>
      <w:proofErr w:type="spellStart"/>
      <w:r w:rsidRPr="00B4287A">
        <w:t>DoC.</w:t>
      </w:r>
      <w:proofErr w:type="spellEnd"/>
    </w:p>
    <w:p w14:paraId="73146C65" w14:textId="77777777" w:rsidR="00B4287A" w:rsidRPr="00B4287A" w:rsidRDefault="00B4287A" w:rsidP="00B4287A">
      <w:pPr>
        <w:pStyle w:val="StatementSection"/>
        <w:keepNext/>
        <w:keepLines/>
      </w:pPr>
      <w:r w:rsidRPr="00B4287A">
        <w:t>Numbered Field Instructions</w:t>
      </w:r>
    </w:p>
    <w:p w14:paraId="204FF5F2" w14:textId="77777777" w:rsidR="00B4287A" w:rsidRPr="00B4287A" w:rsidRDefault="00B4287A" w:rsidP="00B4287A">
      <w:pPr>
        <w:keepNext/>
        <w:keepLines/>
        <w:spacing w:before="120" w:after="40"/>
        <w:rPr>
          <w:b/>
        </w:rPr>
      </w:pPr>
      <w:proofErr w:type="spellStart"/>
      <w:r w:rsidRPr="00B4287A">
        <w:rPr>
          <w:b/>
        </w:rPr>
        <w:t>0.a</w:t>
      </w:r>
      <w:proofErr w:type="spellEnd"/>
      <w:r w:rsidRPr="00B4287A">
        <w:rPr>
          <w:b/>
        </w:rPr>
        <w:t xml:space="preserve"> Declaration Number</w:t>
      </w:r>
    </w:p>
    <w:p w14:paraId="75684145" w14:textId="77777777" w:rsidR="00B4287A" w:rsidRPr="00B4287A" w:rsidRDefault="00B4287A" w:rsidP="00B4287A">
      <w:pPr>
        <w:keepLines/>
        <w:spacing w:after="100"/>
      </w:pPr>
      <w:r w:rsidRPr="00B4287A">
        <w:t>Enter your in-house document tracking number. Use it to identify this declaration in your audit records. Example: ABCllc-PPWR-DOC-STRETCH-WRAP-01.</w:t>
      </w:r>
    </w:p>
    <w:p w14:paraId="0C572F38" w14:textId="77777777" w:rsidR="00B4287A" w:rsidRPr="00B4287A" w:rsidRDefault="00B4287A" w:rsidP="00B4287A">
      <w:pPr>
        <w:keepNext/>
        <w:keepLines/>
        <w:spacing w:before="120" w:after="40"/>
        <w:rPr>
          <w:b/>
        </w:rPr>
      </w:pPr>
      <w:proofErr w:type="spellStart"/>
      <w:r w:rsidRPr="00B4287A">
        <w:rPr>
          <w:b/>
        </w:rPr>
        <w:t>0.b</w:t>
      </w:r>
      <w:proofErr w:type="spellEnd"/>
      <w:r w:rsidRPr="00B4287A">
        <w:rPr>
          <w:b/>
        </w:rPr>
        <w:t xml:space="preserve"> Revision</w:t>
      </w:r>
    </w:p>
    <w:p w14:paraId="30EDFCE7" w14:textId="77777777" w:rsidR="00B4287A" w:rsidRPr="00B4287A" w:rsidRDefault="00B4287A" w:rsidP="00B4287A">
      <w:pPr>
        <w:keepLines/>
        <w:spacing w:after="100"/>
      </w:pPr>
      <w:r w:rsidRPr="00B4287A">
        <w:t>Enter the revision, such as 01 or Rev. B. Keep a record of the changes and who approved them.</w:t>
      </w:r>
    </w:p>
    <w:p w14:paraId="29521724" w14:textId="77777777" w:rsidR="00B4287A" w:rsidRPr="00B4287A" w:rsidRDefault="00B4287A" w:rsidP="00B4287A">
      <w:pPr>
        <w:keepNext/>
        <w:keepLines/>
        <w:spacing w:before="120" w:after="40"/>
        <w:rPr>
          <w:b/>
        </w:rPr>
      </w:pPr>
      <w:proofErr w:type="spellStart"/>
      <w:r w:rsidRPr="00B4287A">
        <w:rPr>
          <w:b/>
        </w:rPr>
        <w:t>0.c</w:t>
      </w:r>
      <w:proofErr w:type="spellEnd"/>
      <w:r w:rsidRPr="00B4287A">
        <w:rPr>
          <w:b/>
        </w:rPr>
        <w:t xml:space="preserve"> Issue Date</w:t>
      </w:r>
    </w:p>
    <w:p w14:paraId="597C94AC" w14:textId="77777777" w:rsidR="00B4287A" w:rsidRPr="00B4287A" w:rsidRDefault="00B4287A" w:rsidP="00B4287A">
      <w:pPr>
        <w:keepLines/>
        <w:spacing w:after="100"/>
      </w:pPr>
      <w:r w:rsidRPr="00B4287A">
        <w:t xml:space="preserve">Select the date this version is issued. Use the same date in field </w:t>
      </w:r>
      <w:proofErr w:type="spellStart"/>
      <w:r w:rsidRPr="00B4287A">
        <w:t>10.c</w:t>
      </w:r>
      <w:proofErr w:type="spellEnd"/>
      <w:r w:rsidRPr="00B4287A">
        <w:t>.</w:t>
      </w:r>
    </w:p>
    <w:p w14:paraId="607C01B4" w14:textId="77777777" w:rsidR="00B4287A" w:rsidRPr="00B4287A" w:rsidRDefault="00B4287A" w:rsidP="00B4287A">
      <w:pPr>
        <w:keepNext/>
        <w:keepLines/>
        <w:spacing w:before="120" w:after="40"/>
        <w:rPr>
          <w:b/>
        </w:rPr>
      </w:pPr>
      <w:proofErr w:type="spellStart"/>
      <w:r w:rsidRPr="00B4287A">
        <w:rPr>
          <w:b/>
        </w:rPr>
        <w:t>1.a</w:t>
      </w:r>
      <w:proofErr w:type="spellEnd"/>
      <w:r w:rsidRPr="00B4287A">
        <w:rPr>
          <w:b/>
        </w:rPr>
        <w:t xml:space="preserve"> Product or Family Identifier</w:t>
      </w:r>
    </w:p>
    <w:p w14:paraId="72FB4AEF" w14:textId="77777777" w:rsidR="00B4287A" w:rsidRPr="00B4287A" w:rsidRDefault="00B4287A" w:rsidP="00B4287A">
      <w:pPr>
        <w:keepLines/>
        <w:spacing w:after="100"/>
      </w:pPr>
      <w:r w:rsidRPr="00B4287A">
        <w:t xml:space="preserve">Enter the product name and your product or </w:t>
      </w:r>
      <w:proofErr w:type="gramStart"/>
      <w:r w:rsidRPr="00B4287A">
        <w:t>product-family</w:t>
      </w:r>
      <w:proofErr w:type="gramEnd"/>
      <w:r w:rsidRPr="00B4287A">
        <w:t xml:space="preserve"> code. Include each version supported by the same compliance review.</w:t>
      </w:r>
    </w:p>
    <w:p w14:paraId="3BAB1D4A" w14:textId="77777777" w:rsidR="00B4287A" w:rsidRPr="00B4287A" w:rsidRDefault="00B4287A" w:rsidP="00B4287A">
      <w:pPr>
        <w:keepNext/>
        <w:keepLines/>
        <w:spacing w:before="120" w:after="40"/>
        <w:rPr>
          <w:b/>
        </w:rPr>
      </w:pPr>
      <w:proofErr w:type="spellStart"/>
      <w:r w:rsidRPr="00B4287A">
        <w:rPr>
          <w:b/>
        </w:rPr>
        <w:t>1.b</w:t>
      </w:r>
      <w:proofErr w:type="spellEnd"/>
      <w:r w:rsidRPr="00B4287A">
        <w:rPr>
          <w:b/>
        </w:rPr>
        <w:t xml:space="preserve"> Product Codes and Variants</w:t>
      </w:r>
    </w:p>
    <w:p w14:paraId="52881101" w14:textId="77777777" w:rsidR="00B4287A" w:rsidRPr="00B4287A" w:rsidRDefault="00B4287A" w:rsidP="00B4287A">
      <w:pPr>
        <w:keepLines/>
        <w:spacing w:after="100"/>
      </w:pPr>
      <w:r w:rsidRPr="00B4287A">
        <w:t>List the covered product codes and their materials, sizes and other variations. For a long list, enter the document number and revision of your product list. Match the entries to section 4.</w:t>
      </w:r>
    </w:p>
    <w:p w14:paraId="50D62B88" w14:textId="77777777" w:rsidR="00B4287A" w:rsidRPr="00B4287A" w:rsidRDefault="00B4287A" w:rsidP="00B4287A">
      <w:pPr>
        <w:keepNext/>
        <w:keepLines/>
        <w:spacing w:before="120" w:after="40"/>
        <w:rPr>
          <w:b/>
        </w:rPr>
      </w:pPr>
      <w:proofErr w:type="spellStart"/>
      <w:r w:rsidRPr="00B4287A">
        <w:rPr>
          <w:b/>
        </w:rPr>
        <w:t>2.a</w:t>
      </w:r>
      <w:proofErr w:type="spellEnd"/>
      <w:r w:rsidRPr="00B4287A">
        <w:rPr>
          <w:b/>
        </w:rPr>
        <w:t xml:space="preserve"> Manufacturer</w:t>
      </w:r>
    </w:p>
    <w:p w14:paraId="10418F85" w14:textId="77777777" w:rsidR="00B4287A" w:rsidRPr="00B4287A" w:rsidRDefault="00B4287A" w:rsidP="00B4287A">
      <w:pPr>
        <w:keepLines/>
        <w:spacing w:after="100"/>
      </w:pPr>
      <w:r w:rsidRPr="00B4287A">
        <w:t>Enter the full legal name and mailing address of the manufacturer responsible for the packaging covered by this declaration.</w:t>
      </w:r>
    </w:p>
    <w:p w14:paraId="27CFEEBE" w14:textId="77777777" w:rsidR="00B4287A" w:rsidRPr="00B4287A" w:rsidRDefault="00B4287A" w:rsidP="00B4287A">
      <w:pPr>
        <w:keepNext/>
        <w:keepLines/>
        <w:spacing w:before="120" w:after="40"/>
        <w:rPr>
          <w:b/>
        </w:rPr>
      </w:pPr>
      <w:proofErr w:type="spellStart"/>
      <w:r w:rsidRPr="00B4287A">
        <w:rPr>
          <w:b/>
        </w:rPr>
        <w:t>2.b</w:t>
      </w:r>
      <w:proofErr w:type="spellEnd"/>
      <w:r w:rsidRPr="00B4287A">
        <w:rPr>
          <w:b/>
        </w:rPr>
        <w:t xml:space="preserve"> Authorized Representative</w:t>
      </w:r>
    </w:p>
    <w:p w14:paraId="6CE276AD" w14:textId="77777777" w:rsidR="00B4287A" w:rsidRPr="00B4287A" w:rsidRDefault="00B4287A" w:rsidP="00B4287A">
      <w:pPr>
        <w:keepLines/>
        <w:spacing w:after="100"/>
      </w:pPr>
      <w:r w:rsidRPr="00B4287A">
        <w:t xml:space="preserve">Enter the name and mailing address of the manufacturer’s formally appointed </w:t>
      </w:r>
      <w:proofErr w:type="spellStart"/>
      <w:r w:rsidRPr="00B4287A">
        <w:t>PPWR</w:t>
      </w:r>
      <w:proofErr w:type="spellEnd"/>
      <w:r w:rsidRPr="00B4287A">
        <w:t xml:space="preserve"> representative. If there is none, enter Not appointed.</w:t>
      </w:r>
    </w:p>
    <w:p w14:paraId="78D1BD84" w14:textId="77777777" w:rsidR="00B4287A" w:rsidRPr="00B4287A" w:rsidRDefault="00B4287A" w:rsidP="00B4287A">
      <w:pPr>
        <w:keepNext/>
        <w:keepLines/>
        <w:spacing w:before="120" w:after="40"/>
        <w:rPr>
          <w:b/>
        </w:rPr>
      </w:pPr>
      <w:proofErr w:type="spellStart"/>
      <w:r w:rsidRPr="00B4287A">
        <w:rPr>
          <w:b/>
        </w:rPr>
        <w:t>4.a</w:t>
      </w:r>
      <w:proofErr w:type="spellEnd"/>
      <w:r w:rsidRPr="00B4287A">
        <w:rPr>
          <w:b/>
        </w:rPr>
        <w:t xml:space="preserve"> Film and Application Type</w:t>
      </w:r>
    </w:p>
    <w:p w14:paraId="0D322E13" w14:textId="77777777" w:rsidR="00B4287A" w:rsidRPr="00B4287A" w:rsidRDefault="00B4287A" w:rsidP="00B4287A">
      <w:pPr>
        <w:keepLines/>
        <w:spacing w:after="100"/>
      </w:pPr>
      <w:r w:rsidRPr="00B4287A">
        <w:t>State whether the film is for hand or machine wrapping and whether it is pre-stretched. Identify the film grade or product type from the specification.</w:t>
      </w:r>
    </w:p>
    <w:p w14:paraId="7B4F591A" w14:textId="77777777" w:rsidR="00B4287A" w:rsidRPr="00B4287A" w:rsidRDefault="00B4287A" w:rsidP="00B4287A">
      <w:pPr>
        <w:keepNext/>
        <w:keepLines/>
        <w:spacing w:before="120" w:after="40"/>
        <w:rPr>
          <w:b/>
        </w:rPr>
      </w:pPr>
      <w:proofErr w:type="spellStart"/>
      <w:r w:rsidRPr="00B4287A">
        <w:rPr>
          <w:b/>
        </w:rPr>
        <w:t>4.b</w:t>
      </w:r>
      <w:proofErr w:type="spellEnd"/>
      <w:r w:rsidRPr="00B4287A">
        <w:rPr>
          <w:b/>
        </w:rPr>
        <w:t xml:space="preserve"> Polymers and Construction</w:t>
      </w:r>
    </w:p>
    <w:p w14:paraId="3EAAAB17" w14:textId="77777777" w:rsidR="00B4287A" w:rsidRPr="00B4287A" w:rsidRDefault="00B4287A" w:rsidP="00B4287A">
      <w:pPr>
        <w:keepLines/>
        <w:spacing w:after="100"/>
      </w:pPr>
      <w:r w:rsidRPr="00B4287A">
        <w:t xml:space="preserve">Identify the polymer and each layer, including additives and coatings. Enter the specification numbers and revisions. Keep detailed formulations and supplier statements in the </w:t>
      </w:r>
      <w:proofErr w:type="gramStart"/>
      <w:r w:rsidRPr="00B4287A">
        <w:t>supporting</w:t>
      </w:r>
      <w:proofErr w:type="gramEnd"/>
      <w:r w:rsidRPr="00B4287A">
        <w:t xml:space="preserve"> file.</w:t>
      </w:r>
    </w:p>
    <w:p w14:paraId="23EED5B1" w14:textId="77777777" w:rsidR="00B4287A" w:rsidRPr="00B4287A" w:rsidRDefault="00B4287A" w:rsidP="00B4287A">
      <w:pPr>
        <w:keepNext/>
        <w:keepLines/>
        <w:spacing w:before="120" w:after="40"/>
        <w:rPr>
          <w:b/>
        </w:rPr>
      </w:pPr>
      <w:proofErr w:type="spellStart"/>
      <w:proofErr w:type="gramStart"/>
      <w:r w:rsidRPr="00B4287A">
        <w:rPr>
          <w:b/>
        </w:rPr>
        <w:lastRenderedPageBreak/>
        <w:t>4.c</w:t>
      </w:r>
      <w:proofErr w:type="spellEnd"/>
      <w:proofErr w:type="gramEnd"/>
      <w:r w:rsidRPr="00B4287A">
        <w:rPr>
          <w:b/>
        </w:rPr>
        <w:t xml:space="preserve"> Colors and Printing</w:t>
      </w:r>
    </w:p>
    <w:p w14:paraId="4391C8D5" w14:textId="77777777" w:rsidR="00B4287A" w:rsidRPr="00B4287A" w:rsidRDefault="00B4287A" w:rsidP="00B4287A">
      <w:pPr>
        <w:keepLines/>
        <w:spacing w:after="100"/>
      </w:pPr>
      <w:r w:rsidRPr="00B4287A">
        <w:t>List the covered colors and printed or unprinted versions. Include the supporting resin, pigment and ink specifications for each version.</w:t>
      </w:r>
    </w:p>
    <w:p w14:paraId="02D21042" w14:textId="77777777" w:rsidR="00B4287A" w:rsidRPr="00B4287A" w:rsidRDefault="00B4287A" w:rsidP="00B4287A">
      <w:pPr>
        <w:keepNext/>
        <w:keepLines/>
        <w:spacing w:before="120" w:after="40"/>
        <w:rPr>
          <w:b/>
        </w:rPr>
      </w:pPr>
      <w:proofErr w:type="spellStart"/>
      <w:r w:rsidRPr="00B4287A">
        <w:rPr>
          <w:b/>
        </w:rPr>
        <w:t>4.d</w:t>
      </w:r>
      <w:proofErr w:type="spellEnd"/>
      <w:r w:rsidRPr="00B4287A">
        <w:rPr>
          <w:b/>
        </w:rPr>
        <w:t xml:space="preserve"> Dimensions and Tolerances</w:t>
      </w:r>
    </w:p>
    <w:p w14:paraId="07289997" w14:textId="77777777" w:rsidR="00B4287A" w:rsidRPr="00B4287A" w:rsidRDefault="00B4287A" w:rsidP="00B4287A">
      <w:pPr>
        <w:keepLines/>
        <w:spacing w:after="100"/>
      </w:pPr>
      <w:r w:rsidRPr="00B4287A">
        <w:t xml:space="preserve">Enter film width in millimeters (mm), thickness in micrometers and applicable tolerances. List each combination or reference the product list in field </w:t>
      </w:r>
      <w:proofErr w:type="spellStart"/>
      <w:r w:rsidRPr="00B4287A">
        <w:t>1.b</w:t>
      </w:r>
      <w:proofErr w:type="spellEnd"/>
      <w:r w:rsidRPr="00B4287A">
        <w:t>. One micrometer equals 0.001 mm.</w:t>
      </w:r>
    </w:p>
    <w:p w14:paraId="73397F30" w14:textId="77777777" w:rsidR="00B4287A" w:rsidRPr="00B4287A" w:rsidRDefault="00B4287A" w:rsidP="00B4287A">
      <w:pPr>
        <w:keepNext/>
        <w:keepLines/>
        <w:spacing w:before="120" w:after="40"/>
        <w:rPr>
          <w:b/>
        </w:rPr>
      </w:pPr>
      <w:proofErr w:type="spellStart"/>
      <w:r w:rsidRPr="00B4287A">
        <w:rPr>
          <w:b/>
        </w:rPr>
        <w:t>4.e</w:t>
      </w:r>
      <w:proofErr w:type="spellEnd"/>
      <w:r w:rsidRPr="00B4287A">
        <w:rPr>
          <w:b/>
        </w:rPr>
        <w:t xml:space="preserve"> Mass and Performance</w:t>
      </w:r>
    </w:p>
    <w:p w14:paraId="1AAF0017" w14:textId="77777777" w:rsidR="00B4287A" w:rsidRPr="00B4287A" w:rsidRDefault="00B4287A" w:rsidP="00B4287A">
      <w:pPr>
        <w:keepLines/>
        <w:spacing w:after="100"/>
      </w:pPr>
      <w:r w:rsidRPr="00B4287A">
        <w:t xml:space="preserve">Enter net film weight or roll length, working stretch and the load-containment or other performance </w:t>
      </w:r>
      <w:proofErr w:type="gramStart"/>
      <w:r w:rsidRPr="00B4287A">
        <w:t>specification</w:t>
      </w:r>
      <w:proofErr w:type="gramEnd"/>
      <w:r w:rsidRPr="00B4287A">
        <w:t xml:space="preserve"> used. Include units and the document number and revision supporting the values.</w:t>
      </w:r>
    </w:p>
    <w:p w14:paraId="7C6228E0" w14:textId="77777777" w:rsidR="00B4287A" w:rsidRPr="00B4287A" w:rsidRDefault="00B4287A" w:rsidP="00B4287A">
      <w:pPr>
        <w:keepNext/>
        <w:keepLines/>
        <w:spacing w:before="120" w:after="40"/>
        <w:rPr>
          <w:b/>
        </w:rPr>
      </w:pPr>
      <w:proofErr w:type="spellStart"/>
      <w:r w:rsidRPr="00B4287A">
        <w:rPr>
          <w:b/>
        </w:rPr>
        <w:t>4.f</w:t>
      </w:r>
      <w:proofErr w:type="spellEnd"/>
      <w:r w:rsidRPr="00B4287A">
        <w:rPr>
          <w:b/>
        </w:rPr>
        <w:t xml:space="preserve"> Controlled Specification</w:t>
      </w:r>
    </w:p>
    <w:p w14:paraId="5B66E8F2" w14:textId="77777777" w:rsidR="00B4287A" w:rsidRPr="00B4287A" w:rsidRDefault="00B4287A" w:rsidP="00B4287A">
      <w:pPr>
        <w:keepLines/>
        <w:spacing w:after="100"/>
      </w:pPr>
      <w:r w:rsidRPr="00B4287A">
        <w:t xml:space="preserve">Enter the document number and revision of the </w:t>
      </w:r>
      <w:proofErr w:type="gramStart"/>
      <w:r w:rsidRPr="00B4287A">
        <w:t>finished-film</w:t>
      </w:r>
      <w:proofErr w:type="gramEnd"/>
      <w:r w:rsidRPr="00B4287A">
        <w:t xml:space="preserve"> specification.</w:t>
      </w:r>
    </w:p>
    <w:p w14:paraId="1C354559" w14:textId="77777777" w:rsidR="00B4287A" w:rsidRPr="00B4287A" w:rsidRDefault="00B4287A" w:rsidP="00B4287A">
      <w:pPr>
        <w:keepNext/>
        <w:keepLines/>
        <w:spacing w:before="120" w:after="40"/>
        <w:rPr>
          <w:b/>
        </w:rPr>
      </w:pPr>
      <w:proofErr w:type="spellStart"/>
      <w:r w:rsidRPr="00B4287A">
        <w:rPr>
          <w:b/>
        </w:rPr>
        <w:t>4.g</w:t>
      </w:r>
      <w:proofErr w:type="spellEnd"/>
      <w:r w:rsidRPr="00B4287A">
        <w:rPr>
          <w:b/>
        </w:rPr>
        <w:t xml:space="preserve"> Intended Goods and Use Limits</w:t>
      </w:r>
    </w:p>
    <w:p w14:paraId="4692DF2C" w14:textId="77777777" w:rsidR="00B4287A" w:rsidRPr="00B4287A" w:rsidRDefault="00B4287A" w:rsidP="00B4287A">
      <w:pPr>
        <w:keepLines/>
        <w:spacing w:after="100"/>
      </w:pPr>
      <w:r w:rsidRPr="00B4287A">
        <w:t>Describe the loads, wrapping equipment, handling conditions and application limits covered. Use the approved wrapping or application instructions.</w:t>
      </w:r>
    </w:p>
    <w:p w14:paraId="0C91F8DB" w14:textId="77777777" w:rsidR="00B4287A" w:rsidRPr="00B4287A" w:rsidRDefault="00B4287A" w:rsidP="00B4287A">
      <w:pPr>
        <w:keepNext/>
        <w:keepLines/>
        <w:spacing w:before="120" w:after="40"/>
        <w:rPr>
          <w:b/>
        </w:rPr>
      </w:pPr>
      <w:proofErr w:type="spellStart"/>
      <w:r w:rsidRPr="00B4287A">
        <w:rPr>
          <w:b/>
        </w:rPr>
        <w:t>4.h</w:t>
      </w:r>
      <w:proofErr w:type="spellEnd"/>
      <w:r w:rsidRPr="00B4287A">
        <w:rPr>
          <w:b/>
        </w:rPr>
        <w:t xml:space="preserve"> Included Components</w:t>
      </w:r>
    </w:p>
    <w:p w14:paraId="6596649F" w14:textId="77777777" w:rsidR="00B4287A" w:rsidRPr="00B4287A" w:rsidRDefault="00B4287A" w:rsidP="00B4287A">
      <w:pPr>
        <w:keepLines/>
        <w:spacing w:after="100"/>
      </w:pPr>
      <w:r w:rsidRPr="00B4287A">
        <w:t>List any cores, closures or accessories expressly covered by this declaration. Enter None if only the film is covered. Identify separately supplied packaging by its own product code or specification.</w:t>
      </w:r>
    </w:p>
    <w:p w14:paraId="54E9EA9E" w14:textId="77777777" w:rsidR="00B4287A" w:rsidRPr="00B4287A" w:rsidRDefault="00B4287A" w:rsidP="00B4287A">
      <w:pPr>
        <w:keepNext/>
        <w:keepLines/>
        <w:spacing w:before="120" w:after="40"/>
        <w:rPr>
          <w:b/>
        </w:rPr>
      </w:pPr>
      <w:proofErr w:type="spellStart"/>
      <w:r w:rsidRPr="00B4287A">
        <w:rPr>
          <w:b/>
        </w:rPr>
        <w:t>5.a</w:t>
      </w:r>
      <w:proofErr w:type="spellEnd"/>
      <w:r w:rsidRPr="00B4287A">
        <w:rPr>
          <w:b/>
        </w:rPr>
        <w:t xml:space="preserve"> Other Union Acts Covered</w:t>
      </w:r>
    </w:p>
    <w:p w14:paraId="598A3B68" w14:textId="77777777" w:rsidR="00B4287A" w:rsidRPr="00B4287A" w:rsidRDefault="00B4287A" w:rsidP="00B4287A">
      <w:pPr>
        <w:keepLines/>
        <w:spacing w:after="100"/>
      </w:pPr>
      <w:r w:rsidRPr="00B4287A">
        <w:t xml:space="preserve">Enter None for a </w:t>
      </w:r>
      <w:proofErr w:type="spellStart"/>
      <w:r w:rsidRPr="00B4287A">
        <w:t>PPWR</w:t>
      </w:r>
      <w:proofErr w:type="spellEnd"/>
      <w:r w:rsidRPr="00B4287A">
        <w:t>-only declaration. For a combined declaration, list each additional EU law, its publication reference, and the requirements covered.</w:t>
      </w:r>
    </w:p>
    <w:p w14:paraId="0C60B311" w14:textId="77777777" w:rsidR="00B4287A" w:rsidRPr="00B4287A" w:rsidRDefault="00B4287A" w:rsidP="00B4287A">
      <w:pPr>
        <w:keepNext/>
        <w:keepLines/>
        <w:spacing w:before="120" w:after="40"/>
        <w:rPr>
          <w:b/>
        </w:rPr>
      </w:pPr>
      <w:proofErr w:type="spellStart"/>
      <w:r w:rsidRPr="00B4287A">
        <w:rPr>
          <w:b/>
        </w:rPr>
        <w:t>6.a</w:t>
      </w:r>
      <w:proofErr w:type="spellEnd"/>
      <w:r w:rsidRPr="00B4287A">
        <w:rPr>
          <w:b/>
        </w:rPr>
        <w:t xml:space="preserve"> Standard or Common Specification</w:t>
      </w:r>
    </w:p>
    <w:p w14:paraId="5DFD50BE" w14:textId="77777777" w:rsidR="00B4287A" w:rsidRPr="00B4287A" w:rsidRDefault="00B4287A" w:rsidP="00B4287A">
      <w:pPr>
        <w:keepLines/>
        <w:spacing w:after="100"/>
      </w:pPr>
      <w:r w:rsidRPr="00B4287A">
        <w:t>Enter the number and edition of any harmonized standard or common specification used. These are EU-recognized technical methods for checking compliance. If none was used, enter No harmonized standard or common specification applied.</w:t>
      </w:r>
    </w:p>
    <w:p w14:paraId="1B9B4699" w14:textId="77777777" w:rsidR="00B4287A" w:rsidRPr="00B4287A" w:rsidRDefault="00B4287A" w:rsidP="00B4287A">
      <w:pPr>
        <w:keepNext/>
        <w:keepLines/>
        <w:spacing w:before="120" w:after="40"/>
        <w:rPr>
          <w:b/>
        </w:rPr>
      </w:pPr>
      <w:proofErr w:type="spellStart"/>
      <w:r w:rsidRPr="00B4287A">
        <w:rPr>
          <w:b/>
        </w:rPr>
        <w:t>6.b</w:t>
      </w:r>
      <w:proofErr w:type="spellEnd"/>
      <w:r w:rsidRPr="00B4287A">
        <w:rPr>
          <w:b/>
        </w:rPr>
        <w:t xml:space="preserve"> Scope of Standard or Common Specification</w:t>
      </w:r>
    </w:p>
    <w:p w14:paraId="4B9DF730" w14:textId="77777777" w:rsidR="00B4287A" w:rsidRPr="00B4287A" w:rsidRDefault="00B4287A" w:rsidP="00B4287A">
      <w:pPr>
        <w:keepLines/>
        <w:spacing w:after="100"/>
      </w:pPr>
      <w:r w:rsidRPr="00B4287A">
        <w:t xml:space="preserve">State what the document in field </w:t>
      </w:r>
      <w:proofErr w:type="spellStart"/>
      <w:r w:rsidRPr="00B4287A">
        <w:t>6.a</w:t>
      </w:r>
      <w:proofErr w:type="spellEnd"/>
      <w:r w:rsidRPr="00B4287A">
        <w:t xml:space="preserve"> was used to check. List the clauses used if only part was applied. Enter Not applicable when field </w:t>
      </w:r>
      <w:proofErr w:type="spellStart"/>
      <w:r w:rsidRPr="00B4287A">
        <w:t>6.a</w:t>
      </w:r>
      <w:proofErr w:type="spellEnd"/>
      <w:r w:rsidRPr="00B4287A">
        <w:t xml:space="preserve"> </w:t>
      </w:r>
      <w:proofErr w:type="spellStart"/>
      <w:r w:rsidRPr="00B4287A">
        <w:t>states</w:t>
      </w:r>
      <w:proofErr w:type="spellEnd"/>
      <w:r w:rsidRPr="00B4287A">
        <w:t xml:space="preserve"> none.</w:t>
      </w:r>
    </w:p>
    <w:p w14:paraId="33CD932C" w14:textId="77777777" w:rsidR="00B4287A" w:rsidRPr="00B4287A" w:rsidRDefault="00B4287A" w:rsidP="00B4287A">
      <w:pPr>
        <w:keepNext/>
        <w:keepLines/>
        <w:spacing w:before="120" w:after="40"/>
        <w:rPr>
          <w:b/>
        </w:rPr>
      </w:pPr>
      <w:proofErr w:type="spellStart"/>
      <w:r w:rsidRPr="00B4287A">
        <w:rPr>
          <w:b/>
        </w:rPr>
        <w:t>6.c</w:t>
      </w:r>
      <w:proofErr w:type="spellEnd"/>
      <w:r w:rsidRPr="00B4287A">
        <w:rPr>
          <w:b/>
        </w:rPr>
        <w:t xml:space="preserve"> Other Technical Specification</w:t>
      </w:r>
    </w:p>
    <w:p w14:paraId="6FCD0C88" w14:textId="77777777" w:rsidR="00B4287A" w:rsidRPr="00B4287A" w:rsidRDefault="00B4287A" w:rsidP="00B4287A">
      <w:pPr>
        <w:keepLines/>
        <w:spacing w:after="100"/>
      </w:pPr>
      <w:r w:rsidRPr="00B4287A">
        <w:t>List other product specifications or test methods used for the review, with their document numbers and revisions. Enter None if there are no additional documents.</w:t>
      </w:r>
    </w:p>
    <w:p w14:paraId="08EC56C4" w14:textId="77777777" w:rsidR="00B4287A" w:rsidRPr="00B4287A" w:rsidRDefault="00B4287A" w:rsidP="00B4287A">
      <w:pPr>
        <w:keepNext/>
        <w:keepLines/>
        <w:spacing w:before="120" w:after="40"/>
        <w:rPr>
          <w:b/>
        </w:rPr>
      </w:pPr>
      <w:proofErr w:type="spellStart"/>
      <w:r w:rsidRPr="00B4287A">
        <w:rPr>
          <w:b/>
        </w:rPr>
        <w:t>6.d</w:t>
      </w:r>
      <w:proofErr w:type="spellEnd"/>
      <w:r w:rsidRPr="00B4287A">
        <w:rPr>
          <w:b/>
        </w:rPr>
        <w:t xml:space="preserve"> Scope of Other Technical Specification</w:t>
      </w:r>
    </w:p>
    <w:p w14:paraId="60E680D6" w14:textId="77777777" w:rsidR="00B4287A" w:rsidRPr="00B4287A" w:rsidRDefault="00B4287A" w:rsidP="00B4287A">
      <w:pPr>
        <w:keepLines/>
        <w:spacing w:after="100"/>
      </w:pPr>
      <w:r w:rsidRPr="00B4287A">
        <w:t xml:space="preserve">State what the document in field </w:t>
      </w:r>
      <w:proofErr w:type="spellStart"/>
      <w:r w:rsidRPr="00B4287A">
        <w:t>6.c</w:t>
      </w:r>
      <w:proofErr w:type="spellEnd"/>
      <w:r w:rsidRPr="00B4287A">
        <w:t xml:space="preserve"> was used to check, such as dimensions or breaking strength. Identify the clauses used where relevant.</w:t>
      </w:r>
    </w:p>
    <w:p w14:paraId="68C52E4C" w14:textId="77777777" w:rsidR="00B4287A" w:rsidRPr="00B4287A" w:rsidRDefault="00B4287A" w:rsidP="00B4287A">
      <w:pPr>
        <w:keepNext/>
        <w:keepLines/>
        <w:spacing w:before="120" w:after="40"/>
        <w:rPr>
          <w:b/>
        </w:rPr>
      </w:pPr>
      <w:proofErr w:type="spellStart"/>
      <w:r w:rsidRPr="00B4287A">
        <w:rPr>
          <w:b/>
        </w:rPr>
        <w:t>7.a</w:t>
      </w:r>
      <w:proofErr w:type="spellEnd"/>
      <w:r w:rsidRPr="00B4287A">
        <w:rPr>
          <w:b/>
        </w:rPr>
        <w:t xml:space="preserve"> Other-Act Notified Body</w:t>
      </w:r>
    </w:p>
    <w:p w14:paraId="357640CB" w14:textId="77777777" w:rsidR="00B4287A" w:rsidRPr="00B4287A" w:rsidRDefault="00B4287A" w:rsidP="00B4287A">
      <w:pPr>
        <w:keepLines/>
        <w:spacing w:after="100"/>
      </w:pPr>
      <w:r w:rsidRPr="00B4287A">
        <w:t xml:space="preserve">Enter Not applicable for a </w:t>
      </w:r>
      <w:proofErr w:type="spellStart"/>
      <w:r w:rsidRPr="00B4287A">
        <w:t>PPWR</w:t>
      </w:r>
      <w:proofErr w:type="spellEnd"/>
      <w:r w:rsidRPr="00B4287A">
        <w:t xml:space="preserve">-only declaration. If another law in field </w:t>
      </w:r>
      <w:proofErr w:type="spellStart"/>
      <w:r w:rsidRPr="00B4287A">
        <w:t>5.a</w:t>
      </w:r>
      <w:proofErr w:type="spellEnd"/>
      <w:r w:rsidRPr="00B4287A">
        <w:t xml:space="preserve"> requires a notified body, an EU-designated assessment organization, enter its name, address, identification number, work performed and certificate details.</w:t>
      </w:r>
    </w:p>
    <w:p w14:paraId="6B433368" w14:textId="77777777" w:rsidR="00B4287A" w:rsidRPr="00B4287A" w:rsidRDefault="00B4287A" w:rsidP="00B4287A">
      <w:pPr>
        <w:keepNext/>
        <w:keepLines/>
        <w:spacing w:before="120" w:after="40"/>
        <w:rPr>
          <w:b/>
        </w:rPr>
      </w:pPr>
      <w:proofErr w:type="spellStart"/>
      <w:r w:rsidRPr="00B4287A">
        <w:rPr>
          <w:b/>
        </w:rPr>
        <w:lastRenderedPageBreak/>
        <w:t>8.a</w:t>
      </w:r>
      <w:proofErr w:type="spellEnd"/>
      <w:r w:rsidRPr="00B4287A">
        <w:rPr>
          <w:b/>
        </w:rPr>
        <w:t xml:space="preserve"> Supporting Technical File</w:t>
      </w:r>
    </w:p>
    <w:p w14:paraId="110924BB" w14:textId="77777777" w:rsidR="00B4287A" w:rsidRPr="00B4287A" w:rsidRDefault="00B4287A" w:rsidP="00B4287A">
      <w:pPr>
        <w:keepLines/>
        <w:spacing w:after="100"/>
      </w:pPr>
      <w:r w:rsidRPr="00B4287A">
        <w:t xml:space="preserve">Enter the name or number of your </w:t>
      </w:r>
      <w:proofErr w:type="gramStart"/>
      <w:r w:rsidRPr="00B4287A">
        <w:t>supporting</w:t>
      </w:r>
      <w:proofErr w:type="gramEnd"/>
      <w:r w:rsidRPr="00B4287A">
        <w:t xml:space="preserve"> file and the person or department responsible for it. Include the product specifications, supplier statements, test results, production checks and change records that support this declaration.</w:t>
      </w:r>
    </w:p>
    <w:p w14:paraId="03973EDC" w14:textId="77777777" w:rsidR="00B4287A" w:rsidRPr="00B4287A" w:rsidRDefault="00B4287A" w:rsidP="00B4287A">
      <w:pPr>
        <w:keepNext/>
        <w:keepLines/>
        <w:spacing w:before="120" w:after="40"/>
        <w:rPr>
          <w:b/>
        </w:rPr>
      </w:pPr>
      <w:proofErr w:type="spellStart"/>
      <w:r w:rsidRPr="00B4287A">
        <w:rPr>
          <w:b/>
        </w:rPr>
        <w:t>8.b</w:t>
      </w:r>
      <w:proofErr w:type="spellEnd"/>
      <w:r w:rsidRPr="00B4287A">
        <w:rPr>
          <w:b/>
        </w:rPr>
        <w:t xml:space="preserve"> Product Instructions and Limitations</w:t>
      </w:r>
    </w:p>
    <w:p w14:paraId="7D6D154D" w14:textId="77777777" w:rsidR="00B4287A" w:rsidRPr="00B4287A" w:rsidRDefault="00B4287A" w:rsidP="00B4287A">
      <w:pPr>
        <w:keepLines/>
        <w:spacing w:after="100"/>
      </w:pPr>
      <w:r w:rsidRPr="00B4287A">
        <w:t>Enter the document number and revision of the product’s use instructions and any additional limits. Enter None if no additional instructions or limits apply.</w:t>
      </w:r>
    </w:p>
    <w:p w14:paraId="4729FD4D" w14:textId="77777777" w:rsidR="00B4287A" w:rsidRPr="00B4287A" w:rsidRDefault="00B4287A" w:rsidP="00B4287A">
      <w:pPr>
        <w:keepNext/>
        <w:keepLines/>
        <w:spacing w:before="120" w:after="40"/>
        <w:rPr>
          <w:b/>
        </w:rPr>
      </w:pPr>
      <w:proofErr w:type="spellStart"/>
      <w:r w:rsidRPr="00B4287A">
        <w:rPr>
          <w:b/>
        </w:rPr>
        <w:t>8.c</w:t>
      </w:r>
      <w:proofErr w:type="spellEnd"/>
      <w:r w:rsidRPr="00B4287A">
        <w:rPr>
          <w:b/>
        </w:rPr>
        <w:t xml:space="preserve"> Destinations and Languages</w:t>
      </w:r>
    </w:p>
    <w:p w14:paraId="360A2742" w14:textId="77777777" w:rsidR="00B4287A" w:rsidRPr="00B4287A" w:rsidRDefault="00B4287A" w:rsidP="00B4287A">
      <w:pPr>
        <w:keepLines/>
        <w:spacing w:after="100"/>
      </w:pPr>
      <w:r w:rsidRPr="00B4287A">
        <w:t>List the EU destination countries and the declaration languages required for them. Keep translations linked to the same declaration number and revision.</w:t>
      </w:r>
    </w:p>
    <w:p w14:paraId="5893C7D9" w14:textId="77777777" w:rsidR="00B4287A" w:rsidRPr="00B4287A" w:rsidRDefault="00B4287A" w:rsidP="00B4287A">
      <w:pPr>
        <w:keepNext/>
        <w:keepLines/>
        <w:spacing w:before="120" w:after="40"/>
        <w:rPr>
          <w:b/>
        </w:rPr>
      </w:pPr>
      <w:proofErr w:type="spellStart"/>
      <w:r w:rsidRPr="00B4287A">
        <w:rPr>
          <w:b/>
        </w:rPr>
        <w:t>9.a</w:t>
      </w:r>
      <w:proofErr w:type="spellEnd"/>
      <w:r w:rsidRPr="00B4287A">
        <w:rPr>
          <w:b/>
        </w:rPr>
        <w:t xml:space="preserve"> Applicability Date</w:t>
      </w:r>
    </w:p>
    <w:p w14:paraId="54CD2590" w14:textId="77777777" w:rsidR="00B4287A" w:rsidRPr="00B4287A" w:rsidRDefault="00B4287A" w:rsidP="00B4287A">
      <w:pPr>
        <w:keepLines/>
        <w:spacing w:after="100"/>
      </w:pPr>
      <w:r w:rsidRPr="00B4287A">
        <w:t>Select the date the applicability table was checked. Have your compliance reviewer confirm the requirements and start dates for the planned EU supply. Update the table to match that review. The starting baseline is 9 September 2026.</w:t>
      </w:r>
    </w:p>
    <w:p w14:paraId="37208EC8" w14:textId="77777777" w:rsidR="00B4287A" w:rsidRPr="00B4287A" w:rsidRDefault="00B4287A" w:rsidP="00B4287A">
      <w:pPr>
        <w:keepNext/>
        <w:keepLines/>
        <w:spacing w:before="120" w:after="40"/>
        <w:rPr>
          <w:b/>
        </w:rPr>
      </w:pPr>
      <w:proofErr w:type="spellStart"/>
      <w:r w:rsidRPr="00B4287A">
        <w:rPr>
          <w:b/>
        </w:rPr>
        <w:t>9.b</w:t>
      </w:r>
      <w:proofErr w:type="spellEnd"/>
      <w:r w:rsidRPr="00B4287A">
        <w:rPr>
          <w:b/>
        </w:rPr>
        <w:t xml:space="preserve"> Recycled-Content Exemption</w:t>
      </w:r>
    </w:p>
    <w:p w14:paraId="0DCC9015" w14:textId="77777777" w:rsidR="00B4287A" w:rsidRPr="00B4287A" w:rsidRDefault="00B4287A" w:rsidP="00B4287A">
      <w:pPr>
        <w:keepLines/>
        <w:spacing w:after="100"/>
      </w:pPr>
      <w:r w:rsidRPr="00B4287A">
        <w:t xml:space="preserve">Enter No exemption </w:t>
      </w:r>
      <w:proofErr w:type="gramStart"/>
      <w:r w:rsidRPr="00B4287A">
        <w:t>claimed, or</w:t>
      </w:r>
      <w:proofErr w:type="gramEnd"/>
      <w:r w:rsidRPr="00B4287A">
        <w:t xml:space="preserve"> identify </w:t>
      </w:r>
      <w:proofErr w:type="gramStart"/>
      <w:r w:rsidRPr="00B4287A">
        <w:t>the Article</w:t>
      </w:r>
      <w:proofErr w:type="gramEnd"/>
      <w:r w:rsidRPr="00B4287A">
        <w:t xml:space="preserve"> 7(4) or (5) exemption and the record supporting it. For the 5% exemption, use the relevant packaging unit’s weight, excluding the goods and unrelated packaging. Keep the calculation with your review records.</w:t>
      </w:r>
    </w:p>
    <w:p w14:paraId="1540AAA2" w14:textId="77777777" w:rsidR="00B4287A" w:rsidRPr="00B4287A" w:rsidRDefault="00B4287A" w:rsidP="00B4287A">
      <w:pPr>
        <w:keepNext/>
        <w:keepLines/>
        <w:spacing w:before="120" w:after="40"/>
        <w:rPr>
          <w:b/>
        </w:rPr>
      </w:pPr>
      <w:proofErr w:type="spellStart"/>
      <w:r w:rsidRPr="00B4287A">
        <w:rPr>
          <w:b/>
        </w:rPr>
        <w:t>9.c</w:t>
      </w:r>
      <w:proofErr w:type="spellEnd"/>
      <w:r w:rsidRPr="00B4287A">
        <w:rPr>
          <w:b/>
        </w:rPr>
        <w:t xml:space="preserve"> Destination </w:t>
      </w:r>
      <w:proofErr w:type="spellStart"/>
      <w:r w:rsidRPr="00B4287A">
        <w:rPr>
          <w:b/>
        </w:rPr>
        <w:t>Compostability</w:t>
      </w:r>
      <w:proofErr w:type="spellEnd"/>
      <w:r w:rsidRPr="00B4287A">
        <w:rPr>
          <w:b/>
        </w:rPr>
        <w:t xml:space="preserve"> Rule</w:t>
      </w:r>
    </w:p>
    <w:p w14:paraId="3687443A" w14:textId="77777777" w:rsidR="00B4287A" w:rsidRPr="00B4287A" w:rsidRDefault="00B4287A" w:rsidP="00B4287A">
      <w:pPr>
        <w:keepLines/>
        <w:spacing w:after="100"/>
      </w:pPr>
      <w:r w:rsidRPr="00B4287A">
        <w:t xml:space="preserve">Check the destination country’s rules for any </w:t>
      </w:r>
      <w:proofErr w:type="spellStart"/>
      <w:r w:rsidRPr="00B4287A">
        <w:t>compostability</w:t>
      </w:r>
      <w:proofErr w:type="spellEnd"/>
      <w:r w:rsidRPr="00B4287A">
        <w:t xml:space="preserve"> requirement allowed by Article 9(2)(b). Enter the applicable rule and review reference, or </w:t>
      </w:r>
      <w:proofErr w:type="gramStart"/>
      <w:r w:rsidRPr="00B4287A">
        <w:t>No</w:t>
      </w:r>
      <w:proofErr w:type="gramEnd"/>
      <w:r w:rsidRPr="00B4287A">
        <w:t xml:space="preserve"> applicable destination rule identified after checking.</w:t>
      </w:r>
    </w:p>
    <w:p w14:paraId="09F36FD8" w14:textId="77777777" w:rsidR="00B4287A" w:rsidRPr="00B4287A" w:rsidRDefault="00B4287A" w:rsidP="00B4287A">
      <w:pPr>
        <w:keepNext/>
        <w:keepLines/>
        <w:spacing w:before="120" w:after="40"/>
        <w:rPr>
          <w:b/>
        </w:rPr>
      </w:pPr>
      <w:proofErr w:type="spellStart"/>
      <w:r w:rsidRPr="00B4287A">
        <w:rPr>
          <w:b/>
        </w:rPr>
        <w:t>9.d</w:t>
      </w:r>
      <w:proofErr w:type="spellEnd"/>
      <w:r w:rsidRPr="00B4287A">
        <w:rPr>
          <w:b/>
        </w:rPr>
        <w:t xml:space="preserve"> Label and Claim Review</w:t>
      </w:r>
    </w:p>
    <w:p w14:paraId="040BF686" w14:textId="77777777" w:rsidR="00B4287A" w:rsidRPr="00B4287A" w:rsidRDefault="00B4287A" w:rsidP="00B4287A">
      <w:pPr>
        <w:keepLines/>
        <w:spacing w:after="100"/>
      </w:pPr>
      <w:r w:rsidRPr="00B4287A">
        <w:t xml:space="preserve">Enter the record number for the label and claim review. Check the labels and claims </w:t>
      </w:r>
      <w:proofErr w:type="gramStart"/>
      <w:r w:rsidRPr="00B4287A">
        <w:t>actually used</w:t>
      </w:r>
      <w:proofErr w:type="gramEnd"/>
      <w:r w:rsidRPr="00B4287A">
        <w:t>, including recycled-content claims. Record who checked them, the date, the supporting evidence, and the result.</w:t>
      </w:r>
    </w:p>
    <w:p w14:paraId="5E20F00C" w14:textId="77777777" w:rsidR="00B4287A" w:rsidRPr="00B4287A" w:rsidRDefault="00B4287A" w:rsidP="00B4287A">
      <w:pPr>
        <w:keepNext/>
        <w:keepLines/>
        <w:spacing w:before="120" w:after="40"/>
        <w:rPr>
          <w:b/>
        </w:rPr>
      </w:pPr>
      <w:proofErr w:type="spellStart"/>
      <w:r w:rsidRPr="00B4287A">
        <w:rPr>
          <w:b/>
        </w:rPr>
        <w:t>9.e</w:t>
      </w:r>
      <w:proofErr w:type="spellEnd"/>
      <w:r w:rsidRPr="00B4287A">
        <w:rPr>
          <w:b/>
        </w:rPr>
        <w:t xml:space="preserve"> EPR and Deposit-System Marks</w:t>
      </w:r>
    </w:p>
    <w:p w14:paraId="69C2FE66" w14:textId="77777777" w:rsidR="00B4287A" w:rsidRPr="00B4287A" w:rsidRDefault="00B4287A" w:rsidP="00B4287A">
      <w:pPr>
        <w:keepLines/>
        <w:spacing w:after="100"/>
      </w:pPr>
      <w:r w:rsidRPr="00B4287A">
        <w:t>Enter the applicable packaging-waste or deposit-system mark and the scheme name. EPR means extended producer responsibility, a system for managing packaging waste. If no such mark is used, enter Not applicable — no such marking.</w:t>
      </w:r>
    </w:p>
    <w:p w14:paraId="24CD96F3" w14:textId="77777777" w:rsidR="00B4287A" w:rsidRPr="00B4287A" w:rsidRDefault="00B4287A" w:rsidP="00B4287A">
      <w:pPr>
        <w:keepNext/>
        <w:keepLines/>
        <w:spacing w:before="120" w:after="40"/>
        <w:rPr>
          <w:b/>
        </w:rPr>
      </w:pPr>
      <w:proofErr w:type="spellStart"/>
      <w:r w:rsidRPr="00B4287A">
        <w:rPr>
          <w:b/>
        </w:rPr>
        <w:t>10.a</w:t>
      </w:r>
      <w:proofErr w:type="spellEnd"/>
      <w:r w:rsidRPr="00B4287A">
        <w:rPr>
          <w:b/>
        </w:rPr>
        <w:t xml:space="preserve"> Signed for and on Behalf of</w:t>
      </w:r>
    </w:p>
    <w:p w14:paraId="60076F4C" w14:textId="77777777" w:rsidR="00B4287A" w:rsidRPr="00B4287A" w:rsidRDefault="00B4287A" w:rsidP="00B4287A">
      <w:pPr>
        <w:keepLines/>
        <w:spacing w:after="100"/>
      </w:pPr>
      <w:r w:rsidRPr="00B4287A">
        <w:t xml:space="preserve">Enter the manufacturer’s full legal name, matching field </w:t>
      </w:r>
      <w:proofErr w:type="spellStart"/>
      <w:r w:rsidRPr="00B4287A">
        <w:t>2.a</w:t>
      </w:r>
      <w:proofErr w:type="spellEnd"/>
      <w:r w:rsidRPr="00B4287A">
        <w:t>.</w:t>
      </w:r>
    </w:p>
    <w:p w14:paraId="42A33C58" w14:textId="77777777" w:rsidR="00B4287A" w:rsidRPr="00B4287A" w:rsidRDefault="00B4287A" w:rsidP="00B4287A">
      <w:pPr>
        <w:keepNext/>
        <w:keepLines/>
        <w:spacing w:before="120" w:after="40"/>
        <w:rPr>
          <w:b/>
        </w:rPr>
      </w:pPr>
      <w:proofErr w:type="spellStart"/>
      <w:r w:rsidRPr="00B4287A">
        <w:rPr>
          <w:b/>
        </w:rPr>
        <w:t>10.b</w:t>
      </w:r>
      <w:proofErr w:type="spellEnd"/>
      <w:r w:rsidRPr="00B4287A">
        <w:rPr>
          <w:b/>
        </w:rPr>
        <w:t xml:space="preserve"> Place of Issue</w:t>
      </w:r>
    </w:p>
    <w:p w14:paraId="677C19C1" w14:textId="77777777" w:rsidR="00B4287A" w:rsidRPr="00B4287A" w:rsidRDefault="00B4287A" w:rsidP="00B4287A">
      <w:pPr>
        <w:keepLines/>
        <w:spacing w:after="100"/>
      </w:pPr>
      <w:r w:rsidRPr="00B4287A">
        <w:t>Enter the city and country where the declaration is issued or signed.</w:t>
      </w:r>
    </w:p>
    <w:p w14:paraId="33DCBFB1" w14:textId="77777777" w:rsidR="00AA50E4" w:rsidRDefault="00AA50E4" w:rsidP="00B4287A">
      <w:pPr>
        <w:keepLines/>
        <w:spacing w:after="100"/>
        <w:rPr>
          <w:b/>
        </w:rPr>
      </w:pPr>
      <w:proofErr w:type="spellStart"/>
      <w:r>
        <w:rPr>
          <w:b/>
        </w:rPr>
        <w:t>10.c</w:t>
      </w:r>
      <w:proofErr w:type="spellEnd"/>
      <w:r>
        <w:rPr>
          <w:b/>
        </w:rPr>
        <w:t xml:space="preserve"> Date Signed</w:t>
      </w:r>
    </w:p>
    <w:p w14:paraId="03657028" w14:textId="21F44A8D" w:rsidR="00B4287A" w:rsidRPr="00B4287A" w:rsidRDefault="00B4287A" w:rsidP="00B4287A">
      <w:pPr>
        <w:keepLines/>
        <w:spacing w:after="100"/>
      </w:pPr>
      <w:r w:rsidRPr="00B4287A">
        <w:t xml:space="preserve">Select the signing/issue date, matching field </w:t>
      </w:r>
      <w:proofErr w:type="spellStart"/>
      <w:r w:rsidRPr="00B4287A">
        <w:t>0.c</w:t>
      </w:r>
      <w:proofErr w:type="spellEnd"/>
      <w:r w:rsidRPr="00B4287A">
        <w:t>.</w:t>
      </w:r>
    </w:p>
    <w:p w14:paraId="57D79E88" w14:textId="77777777" w:rsidR="00B4287A" w:rsidRPr="00B4287A" w:rsidRDefault="00B4287A" w:rsidP="00B4287A">
      <w:pPr>
        <w:keepNext/>
        <w:keepLines/>
        <w:spacing w:before="120" w:after="40"/>
        <w:rPr>
          <w:b/>
        </w:rPr>
      </w:pPr>
      <w:proofErr w:type="spellStart"/>
      <w:r w:rsidRPr="00B4287A">
        <w:rPr>
          <w:b/>
        </w:rPr>
        <w:t>10.d</w:t>
      </w:r>
      <w:proofErr w:type="spellEnd"/>
      <w:r w:rsidRPr="00B4287A">
        <w:rPr>
          <w:b/>
        </w:rPr>
        <w:t xml:space="preserve"> Printed Name</w:t>
      </w:r>
    </w:p>
    <w:p w14:paraId="71C15E31" w14:textId="77777777" w:rsidR="00B4287A" w:rsidRPr="00B4287A" w:rsidRDefault="00B4287A" w:rsidP="00B4287A">
      <w:pPr>
        <w:keepLines/>
        <w:spacing w:after="100"/>
      </w:pPr>
      <w:r w:rsidRPr="00B4287A">
        <w:t>Enter the authorized signer's full name.</w:t>
      </w:r>
    </w:p>
    <w:p w14:paraId="278C6E39" w14:textId="77777777" w:rsidR="00B4287A" w:rsidRPr="00B4287A" w:rsidRDefault="00B4287A" w:rsidP="00B4287A">
      <w:pPr>
        <w:keepNext/>
        <w:keepLines/>
        <w:spacing w:before="120" w:after="40"/>
        <w:rPr>
          <w:b/>
        </w:rPr>
      </w:pPr>
      <w:proofErr w:type="spellStart"/>
      <w:r w:rsidRPr="00B4287A">
        <w:rPr>
          <w:b/>
        </w:rPr>
        <w:lastRenderedPageBreak/>
        <w:t>10.e</w:t>
      </w:r>
      <w:proofErr w:type="spellEnd"/>
      <w:r w:rsidRPr="00B4287A">
        <w:rPr>
          <w:b/>
        </w:rPr>
        <w:t xml:space="preserve"> Signature</w:t>
      </w:r>
    </w:p>
    <w:p w14:paraId="66385814" w14:textId="77777777" w:rsidR="00B4287A" w:rsidRPr="00B4287A" w:rsidRDefault="00B4287A" w:rsidP="00B4287A">
      <w:pPr>
        <w:keepLines/>
        <w:spacing w:after="100"/>
      </w:pPr>
      <w:r w:rsidRPr="00B4287A">
        <w:t xml:space="preserve">Apply the authorized signature using your company’s signing </w:t>
      </w:r>
      <w:proofErr w:type="gramStart"/>
      <w:r w:rsidRPr="00B4287A">
        <w:t>process, or</w:t>
      </w:r>
      <w:proofErr w:type="gramEnd"/>
      <w:r w:rsidRPr="00B4287A">
        <w:t xml:space="preserve"> print and sign in the space provided.</w:t>
      </w:r>
    </w:p>
    <w:p w14:paraId="51C9F61A" w14:textId="77777777" w:rsidR="00B4287A" w:rsidRPr="00B4287A" w:rsidRDefault="00B4287A" w:rsidP="00B4287A">
      <w:pPr>
        <w:keepNext/>
        <w:keepLines/>
        <w:spacing w:before="120" w:after="40"/>
        <w:rPr>
          <w:b/>
        </w:rPr>
      </w:pPr>
      <w:proofErr w:type="spellStart"/>
      <w:r w:rsidRPr="00B4287A">
        <w:rPr>
          <w:b/>
        </w:rPr>
        <w:t>10.f</w:t>
      </w:r>
      <w:proofErr w:type="spellEnd"/>
      <w:r w:rsidRPr="00B4287A">
        <w:rPr>
          <w:b/>
        </w:rPr>
        <w:t xml:space="preserve"> Title</w:t>
      </w:r>
    </w:p>
    <w:p w14:paraId="4B7D4B3F" w14:textId="77777777" w:rsidR="00B4287A" w:rsidRPr="00B4287A" w:rsidRDefault="00B4287A" w:rsidP="00B4287A">
      <w:pPr>
        <w:keepLines/>
        <w:spacing w:after="100"/>
      </w:pPr>
      <w:r w:rsidRPr="00B4287A">
        <w:t>Enter the signer’s job title.</w:t>
      </w:r>
    </w:p>
    <w:p w14:paraId="7E9A381B" w14:textId="77777777" w:rsidR="00B4287A" w:rsidRPr="00B4287A" w:rsidRDefault="00B4287A" w:rsidP="00B4287A">
      <w:pPr>
        <w:pStyle w:val="StatementSection"/>
        <w:keepNext/>
        <w:keepLines/>
      </w:pPr>
      <w:r w:rsidRPr="00B4287A">
        <w:t>Checking the Supporting Records</w:t>
      </w:r>
    </w:p>
    <w:p w14:paraId="42545A58" w14:textId="77777777" w:rsidR="00B4287A" w:rsidRPr="00B4287A" w:rsidRDefault="00B4287A" w:rsidP="00B4287A">
      <w:pPr>
        <w:keepLines/>
      </w:pPr>
      <w:r w:rsidRPr="00B4287A">
        <w:t>For each applicable requirement, record the product reviewed, evidence used, result, reviewer and date. Start with supplier material statements, product specifications and relevant test reports. Check that each record covers the film versions listed in this declaration.</w:t>
      </w:r>
    </w:p>
    <w:p w14:paraId="4E87A0B2" w14:textId="77777777" w:rsidR="00B4287A" w:rsidRPr="00B4287A" w:rsidRDefault="00B4287A" w:rsidP="00B4287A">
      <w:pPr>
        <w:keepLines/>
      </w:pPr>
      <w:r w:rsidRPr="00B4287A">
        <w:t xml:space="preserve">Keep routine production checks linked to this declaration. Review changes to materials, colors, processes, requirements or supporting evidence; record the decision and update the declaration when needed. [1: Articles 15(4), 39(2), Annex VII; 3: </w:t>
      </w:r>
      <w:proofErr w:type="spellStart"/>
      <w:r w:rsidRPr="00B4287A">
        <w:t>XV.10</w:t>
      </w:r>
      <w:proofErr w:type="spellEnd"/>
      <w:r w:rsidRPr="00B4287A">
        <w:t>]</w:t>
      </w:r>
    </w:p>
    <w:p w14:paraId="02E7D2EA" w14:textId="77777777" w:rsidR="00B4287A" w:rsidRPr="00B4287A" w:rsidRDefault="00B4287A" w:rsidP="00B4287A">
      <w:pPr>
        <w:keepLines/>
      </w:pPr>
      <w:r w:rsidRPr="00B4287A">
        <w:t xml:space="preserve">For entries </w:t>
      </w:r>
      <w:proofErr w:type="gramStart"/>
      <w:r w:rsidRPr="00B4287A">
        <w:t>stating</w:t>
      </w:r>
      <w:proofErr w:type="gramEnd"/>
      <w:r w:rsidRPr="00B4287A">
        <w:t xml:space="preserve"> “whichever is later,” have your compliance reviewer check whether a later EU measure changes the start date. Use that confirmed date in the applicability review. [1: Articles 6–7, 12; 2: section 6]</w:t>
      </w:r>
    </w:p>
    <w:p w14:paraId="2EF5B8D8" w14:textId="77777777" w:rsidR="00B4287A" w:rsidRPr="00B4287A" w:rsidRDefault="00B4287A" w:rsidP="00B4287A">
      <w:pPr>
        <w:pStyle w:val="StatementSection"/>
        <w:keepNext/>
        <w:keepLines/>
      </w:pPr>
      <w:r w:rsidRPr="00B4287A">
        <w:t>Before Issue</w:t>
      </w:r>
    </w:p>
    <w:p w14:paraId="3CF54267" w14:textId="77777777" w:rsidR="00B4287A" w:rsidRPr="00B4287A" w:rsidRDefault="00B4287A" w:rsidP="00B4287A">
      <w:pPr>
        <w:keepLines/>
      </w:pPr>
      <w:r w:rsidRPr="00B4287A">
        <w:t>Complete every field, match the product codes and sizes to the specifications, and resolve open questions with the supplier or compliance reviewer. Obtain the authorized signature, then save the declaration and its supporting records.</w:t>
      </w:r>
    </w:p>
    <w:p w14:paraId="52EB733E" w14:textId="77777777" w:rsidR="00B4287A" w:rsidRPr="00B4287A" w:rsidRDefault="00B4287A" w:rsidP="00B4287A">
      <w:pPr>
        <w:pStyle w:val="StatementSection"/>
        <w:keepNext/>
        <w:keepLines/>
      </w:pPr>
      <w:r w:rsidRPr="00B4287A">
        <w:t>References</w:t>
      </w:r>
    </w:p>
    <w:p w14:paraId="79F1218B" w14:textId="77777777" w:rsidR="00B4287A" w:rsidRPr="00B4287A" w:rsidRDefault="00B4287A" w:rsidP="00B4287A">
      <w:pPr>
        <w:keepLines/>
      </w:pPr>
      <w:r w:rsidRPr="00B4287A">
        <w:t>1. European Parliament and Council. Regulation (EU) 2025/40. Official Journal, 22 January 2025. Articles 5–12, 15, 38–39, 70–71; Annexes VII–VIII. https://eur-lex.europa.eu/eli/reg/2025/40/oj</w:t>
      </w:r>
    </w:p>
    <w:p w14:paraId="60685CE0" w14:textId="77777777" w:rsidR="00B4287A" w:rsidRPr="00B4287A" w:rsidRDefault="00B4287A" w:rsidP="00B4287A">
      <w:pPr>
        <w:keepLines/>
      </w:pPr>
      <w:r w:rsidRPr="00B4287A">
        <w:t>2. European Commission. Guidance Document for Regulation (EU) 2025/40. OJ C/2026/3084, 10 June 2026. Sections 6, 7, 10 and 13. https://eur-lex.europa.eu/eli/C/2026/3084/oj</w:t>
      </w:r>
    </w:p>
    <w:p w14:paraId="4D873D6D" w14:textId="77777777" w:rsidR="00AA50E4" w:rsidRDefault="00AA50E4" w:rsidP="00AA36B6">
      <w:pPr>
        <w:keepLines/>
      </w:pPr>
      <w:r>
        <w:t>3. European Commission. Packaging and Packaging Waste Regulation: Frequently Asked Questions. 2nd ed., updated August 2026, Publications Office of the European Union, 31 July 2026. Section XV, questions 2–3, 5–7 and 9–11, pp. 52–54. https://op.europa.eu/en/publication-detail/-/publication/ad14cb8f-8d4f-11f1-9262-01aa75ed71a1</w:t>
      </w:r>
    </w:p>
    <w:p w14:paraId="3A187068" w14:textId="0090C94D" w:rsidR="003B40FB" w:rsidRDefault="00B4287A" w:rsidP="00AA36B6">
      <w:pPr>
        <w:keepLines/>
      </w:pPr>
      <w:r w:rsidRPr="00B4287A">
        <w:t>Legal baseline reviewed 9 September 2026 using the controlled official sources. Regulation: binding law. Commission guidance and FAQ: non-binding interpretation.</w:t>
      </w:r>
    </w:p>
    <w:sectPr w:rsidR="003B40FB" w:rsidSect="00B4287A">
      <w:type w:val="oddPag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8707990">
    <w:abstractNumId w:val="8"/>
  </w:num>
  <w:num w:numId="2" w16cid:durableId="1739211873">
    <w:abstractNumId w:val="6"/>
  </w:num>
  <w:num w:numId="3" w16cid:durableId="1541825080">
    <w:abstractNumId w:val="5"/>
  </w:num>
  <w:num w:numId="4" w16cid:durableId="1020618240">
    <w:abstractNumId w:val="4"/>
  </w:num>
  <w:num w:numId="5" w16cid:durableId="1683584240">
    <w:abstractNumId w:val="7"/>
  </w:num>
  <w:num w:numId="6" w16cid:durableId="2013726620">
    <w:abstractNumId w:val="3"/>
  </w:num>
  <w:num w:numId="7" w16cid:durableId="501237335">
    <w:abstractNumId w:val="2"/>
  </w:num>
  <w:num w:numId="8" w16cid:durableId="861670328">
    <w:abstractNumId w:val="1"/>
  </w:num>
  <w:num w:numId="9" w16cid:durableId="138229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D4A"/>
    <w:rsid w:val="000D0172"/>
    <w:rsid w:val="00124AAA"/>
    <w:rsid w:val="00143D2A"/>
    <w:rsid w:val="0015074B"/>
    <w:rsid w:val="00166671"/>
    <w:rsid w:val="0019561E"/>
    <w:rsid w:val="0029639D"/>
    <w:rsid w:val="00303680"/>
    <w:rsid w:val="00310914"/>
    <w:rsid w:val="00326F90"/>
    <w:rsid w:val="00390141"/>
    <w:rsid w:val="003A666B"/>
    <w:rsid w:val="003B1770"/>
    <w:rsid w:val="003B40FB"/>
    <w:rsid w:val="00450BB9"/>
    <w:rsid w:val="00467E56"/>
    <w:rsid w:val="004D0FF9"/>
    <w:rsid w:val="00516997"/>
    <w:rsid w:val="005C23D5"/>
    <w:rsid w:val="006235B7"/>
    <w:rsid w:val="006A14F7"/>
    <w:rsid w:val="006E0750"/>
    <w:rsid w:val="006F6E59"/>
    <w:rsid w:val="008402EF"/>
    <w:rsid w:val="008C1680"/>
    <w:rsid w:val="00A11AF7"/>
    <w:rsid w:val="00AA1D8D"/>
    <w:rsid w:val="00AA36B6"/>
    <w:rsid w:val="00AA50E4"/>
    <w:rsid w:val="00B32E1F"/>
    <w:rsid w:val="00B4287A"/>
    <w:rsid w:val="00B47730"/>
    <w:rsid w:val="00B740A7"/>
    <w:rsid w:val="00BF5D01"/>
    <w:rsid w:val="00C428BA"/>
    <w:rsid w:val="00C46DAA"/>
    <w:rsid w:val="00C63748"/>
    <w:rsid w:val="00CB0664"/>
    <w:rsid w:val="00CB1FE9"/>
    <w:rsid w:val="00DB4692"/>
    <w:rsid w:val="00DC477D"/>
    <w:rsid w:val="00DF0CF1"/>
    <w:rsid w:val="00DF1B7A"/>
    <w:rsid w:val="00E148D9"/>
    <w:rsid w:val="00E22D08"/>
    <w:rsid w:val="00FB49B8"/>
    <w:rsid w:val="00FC0BB9"/>
    <w:rsid w:val="00FC693F"/>
    <w:rsid w:val="00FF6A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B7466"/>
  <w14:defaultImageDpi w14:val="300"/>
  <w15:docId w15:val="{3A5E4B1C-19EF-43C9-9E41-C9D3D3A6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pPr>
    <w:rPr>
      <w:rFonts w:ascii="Times New Roman" w:hAnsi="Times New Roman" w:cs="Times New Roman"/>
      <w:color w:val="000000"/>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tementTitle">
    <w:name w:val="Statement Title"/>
    <w:basedOn w:val="Normal"/>
    <w:pPr>
      <w:jc w:val="center"/>
    </w:pPr>
    <w:rPr>
      <w:b/>
      <w:sz w:val="30"/>
    </w:rPr>
  </w:style>
  <w:style w:type="paragraph" w:customStyle="1" w:styleId="StatementSubtitle">
    <w:name w:val="Statement Subtitle"/>
    <w:basedOn w:val="Normal"/>
    <w:pPr>
      <w:jc w:val="center"/>
    </w:pPr>
    <w:rPr>
      <w:b/>
    </w:rPr>
  </w:style>
  <w:style w:type="paragraph" w:customStyle="1" w:styleId="StatementSection">
    <w:name w:val="Statement Section"/>
    <w:basedOn w:val="Normal"/>
    <w:rPr>
      <w:b/>
    </w:rPr>
  </w:style>
  <w:style w:type="character" w:styleId="PlaceholderText">
    <w:name w:val="Placeholder Text"/>
    <w:basedOn w:val="DefaultParagraphFont"/>
    <w:uiPriority w:val="99"/>
    <w:semiHidden/>
    <w:rsid w:val="00097D4A"/>
    <w:rPr>
      <w:color w:val="666666"/>
    </w:rPr>
  </w:style>
  <w:style w:type="character" w:customStyle="1" w:styleId="CompanyNameTitle">
    <w:name w:val="CompanyNameTitle"/>
    <w:basedOn w:val="HeaderChar"/>
    <w:uiPriority w:val="1"/>
    <w:rsid w:val="00097D4A"/>
    <w:rPr>
      <w:rFonts w:ascii="Times New Roman" w:hAnsi="Times New Roman"/>
      <w:b/>
      <w:caps w:val="0"/>
      <w:smallCaps w:val="0"/>
      <w:strike w:val="0"/>
      <w:dstrike w:val="0"/>
      <w:vanish w:val="0"/>
      <w:color w:val="000000" w:themeColor="text1"/>
      <w:sz w:val="30"/>
      <w:vertAlign w:val="baseline"/>
    </w:rPr>
  </w:style>
  <w:style w:type="character" w:customStyle="1" w:styleId="Style1">
    <w:name w:val="Style1"/>
    <w:basedOn w:val="CompanyNameTitle"/>
    <w:uiPriority w:val="1"/>
    <w:rsid w:val="000D0172"/>
    <w:rPr>
      <w:rFonts w:ascii="Times New Roman" w:hAnsi="Times New Roman"/>
      <w:b/>
      <w:caps/>
      <w:smallCaps w:val="0"/>
      <w:strike w:val="0"/>
      <w:dstrike w:val="0"/>
      <w:vanish w:val="0"/>
      <w:color w:val="000000" w:themeColor="text1"/>
      <w:sz w:val="3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40BCFE8BF2403A9C03A9B90BDC909D"/>
        <w:category>
          <w:name w:val="General"/>
          <w:gallery w:val="placeholder"/>
        </w:category>
        <w:types>
          <w:type w:val="bbPlcHdr"/>
        </w:types>
        <w:behaviors>
          <w:behavior w:val="content"/>
        </w:behaviors>
        <w:guid w:val="{0100708E-E346-419F-AB2F-B27ECA425099}"/>
      </w:docPartPr>
      <w:docPartBody>
        <w:p w:rsidR="00A44D71" w:rsidRDefault="00162252" w:rsidP="00162252">
          <w:pPr>
            <w:pStyle w:val="6E40BCFE8BF2403A9C03A9B90BDC909D"/>
          </w:pPr>
          <w:r w:rsidRPr="00B4287A">
            <w:rPr>
              <w:rStyle w:val="PlaceholderText"/>
            </w:rPr>
            <w:t>0.a Enter declaration number</w:t>
          </w:r>
        </w:p>
      </w:docPartBody>
    </w:docPart>
    <w:docPart>
      <w:docPartPr>
        <w:name w:val="6679D692A69A455E8B52F6180D6D15D6"/>
        <w:category>
          <w:name w:val="General"/>
          <w:gallery w:val="placeholder"/>
        </w:category>
        <w:types>
          <w:type w:val="bbPlcHdr"/>
        </w:types>
        <w:behaviors>
          <w:behavior w:val="content"/>
        </w:behaviors>
        <w:guid w:val="{C7A62370-0EF4-4417-99BC-B6B01B1E2E25}"/>
      </w:docPartPr>
      <w:docPartBody>
        <w:p w:rsidR="00A44D71" w:rsidRDefault="00162252" w:rsidP="00162252">
          <w:pPr>
            <w:pStyle w:val="6679D692A69A455E8B52F6180D6D15D6"/>
          </w:pPr>
          <w:r w:rsidRPr="00B4287A">
            <w:rPr>
              <w:rStyle w:val="PlaceholderText"/>
            </w:rPr>
            <w:t>0.b Enter revision</w:t>
          </w:r>
        </w:p>
      </w:docPartBody>
    </w:docPart>
    <w:docPart>
      <w:docPartPr>
        <w:name w:val="64437794DE8948A9BA32E65A3A181DAE"/>
        <w:category>
          <w:name w:val="General"/>
          <w:gallery w:val="placeholder"/>
        </w:category>
        <w:types>
          <w:type w:val="bbPlcHdr"/>
        </w:types>
        <w:behaviors>
          <w:behavior w:val="content"/>
        </w:behaviors>
        <w:guid w:val="{55592774-1162-4B5D-A91D-AA804A437AD8}"/>
      </w:docPartPr>
      <w:docPartBody>
        <w:p w:rsidR="00A44D71" w:rsidRDefault="00162252" w:rsidP="00162252">
          <w:pPr>
            <w:pStyle w:val="64437794DE8948A9BA32E65A3A181DAE"/>
          </w:pPr>
          <w:r w:rsidRPr="00B4287A">
            <w:rPr>
              <w:rStyle w:val="PlaceholderText"/>
            </w:rPr>
            <w:t>0.c Select issue date</w:t>
          </w:r>
        </w:p>
      </w:docPartBody>
    </w:docPart>
    <w:docPart>
      <w:docPartPr>
        <w:name w:val="EFD6D888FC024BD7B22EF627D23119BB"/>
        <w:category>
          <w:name w:val="General"/>
          <w:gallery w:val="placeholder"/>
        </w:category>
        <w:types>
          <w:type w:val="bbPlcHdr"/>
        </w:types>
        <w:behaviors>
          <w:behavior w:val="content"/>
        </w:behaviors>
        <w:guid w:val="{D34DFF93-2DD3-486F-977B-B09BC6D8C3DE}"/>
      </w:docPartPr>
      <w:docPartBody>
        <w:p w:rsidR="00A44D71" w:rsidRDefault="00162252" w:rsidP="00162252">
          <w:pPr>
            <w:pStyle w:val="EFD6D888FC024BD7B22EF627D23119BB"/>
          </w:pPr>
          <w:r w:rsidRPr="00B4287A">
            <w:rPr>
              <w:rStyle w:val="PlaceholderText"/>
            </w:rPr>
            <w:t>1.a Enter product or family identifier</w:t>
          </w:r>
        </w:p>
      </w:docPartBody>
    </w:docPart>
    <w:docPart>
      <w:docPartPr>
        <w:name w:val="473CE47C0AC24727B5D4DD6029B44618"/>
        <w:category>
          <w:name w:val="General"/>
          <w:gallery w:val="placeholder"/>
        </w:category>
        <w:types>
          <w:type w:val="bbPlcHdr"/>
        </w:types>
        <w:behaviors>
          <w:behavior w:val="content"/>
        </w:behaviors>
        <w:guid w:val="{8B6D0D35-065E-4D6A-A1F1-725C6E5E4BA0}"/>
      </w:docPartPr>
      <w:docPartBody>
        <w:p w:rsidR="00A44D71" w:rsidRDefault="00162252" w:rsidP="00162252">
          <w:pPr>
            <w:pStyle w:val="473CE47C0AC24727B5D4DD6029B44618"/>
          </w:pPr>
          <w:r w:rsidRPr="00B4287A">
            <w:rPr>
              <w:rStyle w:val="PlaceholderText"/>
            </w:rPr>
            <w:t>1.b Enter covered product codes and variants</w:t>
          </w:r>
        </w:p>
      </w:docPartBody>
    </w:docPart>
    <w:docPart>
      <w:docPartPr>
        <w:name w:val="53511336DA824E2ABB169793AA263A2A"/>
        <w:category>
          <w:name w:val="General"/>
          <w:gallery w:val="placeholder"/>
        </w:category>
        <w:types>
          <w:type w:val="bbPlcHdr"/>
        </w:types>
        <w:behaviors>
          <w:behavior w:val="content"/>
        </w:behaviors>
        <w:guid w:val="{43CBA42C-CAB4-4399-9F8F-F26783370BC8}"/>
      </w:docPartPr>
      <w:docPartBody>
        <w:p w:rsidR="00A44D71" w:rsidRDefault="00162252" w:rsidP="00162252">
          <w:pPr>
            <w:pStyle w:val="53511336DA824E2ABB169793AA263A2A"/>
          </w:pPr>
          <w:r w:rsidRPr="00B4287A">
            <w:rPr>
              <w:rStyle w:val="PlaceholderText"/>
            </w:rPr>
            <w:t>2.a Enter manufacturer name and address</w:t>
          </w:r>
        </w:p>
      </w:docPartBody>
    </w:docPart>
    <w:docPart>
      <w:docPartPr>
        <w:name w:val="81C2AAB6622345CDA5282F3CCF86CA30"/>
        <w:category>
          <w:name w:val="General"/>
          <w:gallery w:val="placeholder"/>
        </w:category>
        <w:types>
          <w:type w:val="bbPlcHdr"/>
        </w:types>
        <w:behaviors>
          <w:behavior w:val="content"/>
        </w:behaviors>
        <w:guid w:val="{C7C32115-99D1-4110-A5CD-A900664D8D3F}"/>
      </w:docPartPr>
      <w:docPartBody>
        <w:p w:rsidR="00A44D71" w:rsidRDefault="00162252" w:rsidP="00162252">
          <w:pPr>
            <w:pStyle w:val="81C2AAB6622345CDA5282F3CCF86CA30"/>
          </w:pPr>
          <w:r w:rsidRPr="00B4287A">
            <w:rPr>
              <w:rStyle w:val="PlaceholderText"/>
            </w:rPr>
            <w:t>2.b Enter representative name and address</w:t>
          </w:r>
        </w:p>
      </w:docPartBody>
    </w:docPart>
    <w:docPart>
      <w:docPartPr>
        <w:name w:val="6F0712EE7E6440C89232806A645A00EE"/>
        <w:category>
          <w:name w:val="General"/>
          <w:gallery w:val="placeholder"/>
        </w:category>
        <w:types>
          <w:type w:val="bbPlcHdr"/>
        </w:types>
        <w:behaviors>
          <w:behavior w:val="content"/>
        </w:behaviors>
        <w:guid w:val="{75D82BE3-F0EF-4FC5-B56A-2145D1A0B9C2}"/>
      </w:docPartPr>
      <w:docPartBody>
        <w:p w:rsidR="00A44D71" w:rsidRDefault="00162252" w:rsidP="00162252">
          <w:pPr>
            <w:pStyle w:val="6F0712EE7E6440C89232806A645A00EE"/>
          </w:pPr>
          <w:r w:rsidRPr="00B4287A">
            <w:rPr>
              <w:rStyle w:val="PlaceholderText"/>
            </w:rPr>
            <w:t>4.a Enter film and application type</w:t>
          </w:r>
        </w:p>
      </w:docPartBody>
    </w:docPart>
    <w:docPart>
      <w:docPartPr>
        <w:name w:val="97FCB6C0C9774C73BE14567D24263501"/>
        <w:category>
          <w:name w:val="General"/>
          <w:gallery w:val="placeholder"/>
        </w:category>
        <w:types>
          <w:type w:val="bbPlcHdr"/>
        </w:types>
        <w:behaviors>
          <w:behavior w:val="content"/>
        </w:behaviors>
        <w:guid w:val="{AC5E2BE7-F1EF-4A61-B0AD-FDB32E42FAC0}"/>
      </w:docPartPr>
      <w:docPartBody>
        <w:p w:rsidR="00A44D71" w:rsidRDefault="00162252" w:rsidP="00162252">
          <w:pPr>
            <w:pStyle w:val="97FCB6C0C9774C73BE14567D24263501"/>
          </w:pPr>
          <w:r w:rsidRPr="00B4287A">
            <w:rPr>
              <w:rStyle w:val="PlaceholderText"/>
            </w:rPr>
            <w:t>4.b Enter polymers and layer construction</w:t>
          </w:r>
        </w:p>
      </w:docPartBody>
    </w:docPart>
    <w:docPart>
      <w:docPartPr>
        <w:name w:val="83CF1D8951A54214884123EEF68F3CA6"/>
        <w:category>
          <w:name w:val="General"/>
          <w:gallery w:val="placeholder"/>
        </w:category>
        <w:types>
          <w:type w:val="bbPlcHdr"/>
        </w:types>
        <w:behaviors>
          <w:behavior w:val="content"/>
        </w:behaviors>
        <w:guid w:val="{57136BFF-A789-4C35-8B46-5FE0EE98BA66}"/>
      </w:docPartPr>
      <w:docPartBody>
        <w:p w:rsidR="00A44D71" w:rsidRDefault="00162252" w:rsidP="00162252">
          <w:pPr>
            <w:pStyle w:val="83CF1D8951A54214884123EEF68F3CA6"/>
          </w:pPr>
          <w:r w:rsidRPr="00B4287A">
            <w:rPr>
              <w:rStyle w:val="PlaceholderText"/>
            </w:rPr>
            <w:t>4.c Enter covered colors and printing</w:t>
          </w:r>
        </w:p>
      </w:docPartBody>
    </w:docPart>
    <w:docPart>
      <w:docPartPr>
        <w:name w:val="0A4618B339CD42948F7FD6A5228832C7"/>
        <w:category>
          <w:name w:val="General"/>
          <w:gallery w:val="placeholder"/>
        </w:category>
        <w:types>
          <w:type w:val="bbPlcHdr"/>
        </w:types>
        <w:behaviors>
          <w:behavior w:val="content"/>
        </w:behaviors>
        <w:guid w:val="{582523CD-5C4D-49A7-9B52-9BF6A4A2F771}"/>
      </w:docPartPr>
      <w:docPartBody>
        <w:p w:rsidR="00A44D71" w:rsidRDefault="00162252" w:rsidP="00162252">
          <w:pPr>
            <w:pStyle w:val="0A4618B339CD42948F7FD6A5228832C7"/>
          </w:pPr>
          <w:r w:rsidRPr="00B4287A">
            <w:rPr>
              <w:rStyle w:val="PlaceholderText"/>
            </w:rPr>
            <w:t>4.d Enter film dimensions</w:t>
          </w:r>
        </w:p>
      </w:docPartBody>
    </w:docPart>
    <w:docPart>
      <w:docPartPr>
        <w:name w:val="416E593A2F424745917331FE82842900"/>
        <w:category>
          <w:name w:val="General"/>
          <w:gallery w:val="placeholder"/>
        </w:category>
        <w:types>
          <w:type w:val="bbPlcHdr"/>
        </w:types>
        <w:behaviors>
          <w:behavior w:val="content"/>
        </w:behaviors>
        <w:guid w:val="{101E7599-A144-4AD8-BC87-E25FBD00823E}"/>
      </w:docPartPr>
      <w:docPartBody>
        <w:p w:rsidR="00A44D71" w:rsidRDefault="00162252" w:rsidP="00162252">
          <w:pPr>
            <w:pStyle w:val="416E593A2F424745917331FE82842900"/>
          </w:pPr>
          <w:r w:rsidRPr="00B4287A">
            <w:rPr>
              <w:rStyle w:val="PlaceholderText"/>
            </w:rPr>
            <w:t>4.e Enter film mass and performance</w:t>
          </w:r>
        </w:p>
      </w:docPartBody>
    </w:docPart>
    <w:docPart>
      <w:docPartPr>
        <w:name w:val="605320B9BB4B40D29AF27B8FE9DC1A8D"/>
        <w:category>
          <w:name w:val="General"/>
          <w:gallery w:val="placeholder"/>
        </w:category>
        <w:types>
          <w:type w:val="bbPlcHdr"/>
        </w:types>
        <w:behaviors>
          <w:behavior w:val="content"/>
        </w:behaviors>
        <w:guid w:val="{5385C084-2C6B-42CE-B14B-BC2995DB5480}"/>
      </w:docPartPr>
      <w:docPartBody>
        <w:p w:rsidR="00A44D71" w:rsidRDefault="00162252" w:rsidP="00162252">
          <w:pPr>
            <w:pStyle w:val="605320B9BB4B40D29AF27B8FE9DC1A8D"/>
          </w:pPr>
          <w:r w:rsidRPr="00B4287A">
            <w:rPr>
              <w:rStyle w:val="PlaceholderText"/>
            </w:rPr>
            <w:t>4.f Enter specification number and revision</w:t>
          </w:r>
        </w:p>
      </w:docPartBody>
    </w:docPart>
    <w:docPart>
      <w:docPartPr>
        <w:name w:val="F592738426314D58B720F890F243F67E"/>
        <w:category>
          <w:name w:val="General"/>
          <w:gallery w:val="placeholder"/>
        </w:category>
        <w:types>
          <w:type w:val="bbPlcHdr"/>
        </w:types>
        <w:behaviors>
          <w:behavior w:val="content"/>
        </w:behaviors>
        <w:guid w:val="{6E3A708F-42DC-45D2-B964-97A21E4A65F6}"/>
      </w:docPartPr>
      <w:docPartBody>
        <w:p w:rsidR="00A44D71" w:rsidRDefault="00162252" w:rsidP="00162252">
          <w:pPr>
            <w:pStyle w:val="F592738426314D58B720F890F243F67E"/>
          </w:pPr>
          <w:r w:rsidRPr="00B4287A">
            <w:rPr>
              <w:rStyle w:val="PlaceholderText"/>
            </w:rPr>
            <w:t>4.g Enter intended goods and use limits</w:t>
          </w:r>
        </w:p>
      </w:docPartBody>
    </w:docPart>
    <w:docPart>
      <w:docPartPr>
        <w:name w:val="B3887E5789C04D59BF666B77981DD54D"/>
        <w:category>
          <w:name w:val="General"/>
          <w:gallery w:val="placeholder"/>
        </w:category>
        <w:types>
          <w:type w:val="bbPlcHdr"/>
        </w:types>
        <w:behaviors>
          <w:behavior w:val="content"/>
        </w:behaviors>
        <w:guid w:val="{D94BAF03-E863-4143-8B63-3BECD4CC9DFD}"/>
      </w:docPartPr>
      <w:docPartBody>
        <w:p w:rsidR="00A44D71" w:rsidRDefault="00162252" w:rsidP="00162252">
          <w:pPr>
            <w:pStyle w:val="B3887E5789C04D59BF666B77981DD54D"/>
          </w:pPr>
          <w:r w:rsidRPr="00B4287A">
            <w:rPr>
              <w:rStyle w:val="PlaceholderText"/>
            </w:rPr>
            <w:t>4.h Enter included components</w:t>
          </w:r>
        </w:p>
      </w:docPartBody>
    </w:docPart>
    <w:docPart>
      <w:docPartPr>
        <w:name w:val="DBF75DB82FFF4337971D01FC7A227D20"/>
        <w:category>
          <w:name w:val="General"/>
          <w:gallery w:val="placeholder"/>
        </w:category>
        <w:types>
          <w:type w:val="bbPlcHdr"/>
        </w:types>
        <w:behaviors>
          <w:behavior w:val="content"/>
        </w:behaviors>
        <w:guid w:val="{05CFFE45-D546-4906-9879-94BBE347B4F0}"/>
      </w:docPartPr>
      <w:docPartBody>
        <w:p w:rsidR="00A44D71" w:rsidRDefault="00162252" w:rsidP="00162252">
          <w:pPr>
            <w:pStyle w:val="DBF75DB82FFF4337971D01FC7A227D20"/>
          </w:pPr>
          <w:r w:rsidRPr="00B4287A">
            <w:rPr>
              <w:rStyle w:val="PlaceholderText"/>
            </w:rPr>
            <w:t>5.a Enter other Union acts covered</w:t>
          </w:r>
        </w:p>
      </w:docPartBody>
    </w:docPart>
    <w:docPart>
      <w:docPartPr>
        <w:name w:val="699EF496BFD949ACB3F96833A9326C55"/>
        <w:category>
          <w:name w:val="General"/>
          <w:gallery w:val="placeholder"/>
        </w:category>
        <w:types>
          <w:type w:val="bbPlcHdr"/>
        </w:types>
        <w:behaviors>
          <w:behavior w:val="content"/>
        </w:behaviors>
        <w:guid w:val="{AC9A5744-3BF6-4367-ABDE-EA7959786FBE}"/>
      </w:docPartPr>
      <w:docPartBody>
        <w:p w:rsidR="00A44D71" w:rsidRDefault="00162252" w:rsidP="00162252">
          <w:pPr>
            <w:pStyle w:val="699EF496BFD949ACB3F96833A9326C55"/>
          </w:pPr>
          <w:r w:rsidRPr="00B4287A">
            <w:rPr>
              <w:rStyle w:val="PlaceholderText"/>
            </w:rPr>
            <w:t>6.a Enter standard or common specification</w:t>
          </w:r>
        </w:p>
      </w:docPartBody>
    </w:docPart>
    <w:docPart>
      <w:docPartPr>
        <w:name w:val="2CBDBF157D684AD3BBFF4F3C655F611E"/>
        <w:category>
          <w:name w:val="General"/>
          <w:gallery w:val="placeholder"/>
        </w:category>
        <w:types>
          <w:type w:val="bbPlcHdr"/>
        </w:types>
        <w:behaviors>
          <w:behavior w:val="content"/>
        </w:behaviors>
        <w:guid w:val="{CBFC35AC-7718-40A4-9994-A09FD8BCFC69}"/>
      </w:docPartPr>
      <w:docPartBody>
        <w:p w:rsidR="00A44D71" w:rsidRDefault="00162252" w:rsidP="00162252">
          <w:pPr>
            <w:pStyle w:val="2CBDBF157D684AD3BBFF4F3C655F611E"/>
          </w:pPr>
          <w:r w:rsidRPr="00B4287A">
            <w:rPr>
              <w:rStyle w:val="PlaceholderText"/>
            </w:rPr>
            <w:t>6.b Enter scope or clauses applied</w:t>
          </w:r>
        </w:p>
      </w:docPartBody>
    </w:docPart>
    <w:docPart>
      <w:docPartPr>
        <w:name w:val="F497302AE1C3485DA08E6D955E85789F"/>
        <w:category>
          <w:name w:val="General"/>
          <w:gallery w:val="placeholder"/>
        </w:category>
        <w:types>
          <w:type w:val="bbPlcHdr"/>
        </w:types>
        <w:behaviors>
          <w:behavior w:val="content"/>
        </w:behaviors>
        <w:guid w:val="{DBD5A8E8-D373-476F-A55F-50B6D523760A}"/>
      </w:docPartPr>
      <w:docPartBody>
        <w:p w:rsidR="00A44D71" w:rsidRDefault="00162252" w:rsidP="00162252">
          <w:pPr>
            <w:pStyle w:val="F497302AE1C3485DA08E6D955E85789F"/>
          </w:pPr>
          <w:r w:rsidRPr="00B4287A">
            <w:rPr>
              <w:rStyle w:val="PlaceholderText"/>
            </w:rPr>
            <w:t>6.c Enter other technical specification</w:t>
          </w:r>
        </w:p>
      </w:docPartBody>
    </w:docPart>
    <w:docPart>
      <w:docPartPr>
        <w:name w:val="8B1083E4CB9443769A1B8CD0DD72FD1C"/>
        <w:category>
          <w:name w:val="General"/>
          <w:gallery w:val="placeholder"/>
        </w:category>
        <w:types>
          <w:type w:val="bbPlcHdr"/>
        </w:types>
        <w:behaviors>
          <w:behavior w:val="content"/>
        </w:behaviors>
        <w:guid w:val="{1FA9A530-E4D1-41A1-AA2E-3D1DFB36A36C}"/>
      </w:docPartPr>
      <w:docPartBody>
        <w:p w:rsidR="00A44D71" w:rsidRDefault="00162252" w:rsidP="00162252">
          <w:pPr>
            <w:pStyle w:val="8B1083E4CB9443769A1B8CD0DD72FD1C"/>
          </w:pPr>
          <w:r w:rsidRPr="00B4287A">
            <w:rPr>
              <w:rStyle w:val="PlaceholderText"/>
            </w:rPr>
            <w:t>6.d Enter scope or clauses applied</w:t>
          </w:r>
        </w:p>
      </w:docPartBody>
    </w:docPart>
    <w:docPart>
      <w:docPartPr>
        <w:name w:val="FAEB421E536F4DAAAE9EC3D1359515F7"/>
        <w:category>
          <w:name w:val="General"/>
          <w:gallery w:val="placeholder"/>
        </w:category>
        <w:types>
          <w:type w:val="bbPlcHdr"/>
        </w:types>
        <w:behaviors>
          <w:behavior w:val="content"/>
        </w:behaviors>
        <w:guid w:val="{BFC17AA5-48FD-4811-BE65-69D8597F2927}"/>
      </w:docPartPr>
      <w:docPartBody>
        <w:p w:rsidR="00A44D71" w:rsidRDefault="00162252" w:rsidP="00162252">
          <w:pPr>
            <w:pStyle w:val="FAEB421E536F4DAAAE9EC3D1359515F7"/>
          </w:pPr>
          <w:r w:rsidRPr="00B4287A">
            <w:rPr>
              <w:rStyle w:val="PlaceholderText"/>
            </w:rPr>
            <w:t>7.a Enter other-act notified body details</w:t>
          </w:r>
        </w:p>
      </w:docPartBody>
    </w:docPart>
    <w:docPart>
      <w:docPartPr>
        <w:name w:val="6A35AC7EBB374B30A5BC974A9AFA912A"/>
        <w:category>
          <w:name w:val="General"/>
          <w:gallery w:val="placeholder"/>
        </w:category>
        <w:types>
          <w:type w:val="bbPlcHdr"/>
        </w:types>
        <w:behaviors>
          <w:behavior w:val="content"/>
        </w:behaviors>
        <w:guid w:val="{3C84D6D2-14FE-4769-BA39-D53482D9B78A}"/>
      </w:docPartPr>
      <w:docPartBody>
        <w:p w:rsidR="00A44D71" w:rsidRDefault="00162252" w:rsidP="00162252">
          <w:pPr>
            <w:pStyle w:val="6A35AC7EBB374B30A5BC974A9AFA912A"/>
          </w:pPr>
          <w:r w:rsidRPr="00B4287A">
            <w:rPr>
              <w:rStyle w:val="PlaceholderText"/>
            </w:rPr>
            <w:t>8.a Enter technical file reference and custodian</w:t>
          </w:r>
        </w:p>
      </w:docPartBody>
    </w:docPart>
    <w:docPart>
      <w:docPartPr>
        <w:name w:val="BF4E61C98ED04DAAB96D712B155D81DD"/>
        <w:category>
          <w:name w:val="General"/>
          <w:gallery w:val="placeholder"/>
        </w:category>
        <w:types>
          <w:type w:val="bbPlcHdr"/>
        </w:types>
        <w:behaviors>
          <w:behavior w:val="content"/>
        </w:behaviors>
        <w:guid w:val="{172DB939-6CD2-4F1D-989D-614E21ED2D48}"/>
      </w:docPartPr>
      <w:docPartBody>
        <w:p w:rsidR="00A44D71" w:rsidRDefault="00162252" w:rsidP="00162252">
          <w:pPr>
            <w:pStyle w:val="BF4E61C98ED04DAAB96D712B155D81DD"/>
          </w:pPr>
          <w:r w:rsidRPr="00B4287A">
            <w:rPr>
              <w:rStyle w:val="PlaceholderText"/>
            </w:rPr>
            <w:t>8.b Enter product instructions and limitations</w:t>
          </w:r>
        </w:p>
      </w:docPartBody>
    </w:docPart>
    <w:docPart>
      <w:docPartPr>
        <w:name w:val="A25C1A8F7506479792087B2874D6A684"/>
        <w:category>
          <w:name w:val="General"/>
          <w:gallery w:val="placeholder"/>
        </w:category>
        <w:types>
          <w:type w:val="bbPlcHdr"/>
        </w:types>
        <w:behaviors>
          <w:behavior w:val="content"/>
        </w:behaviors>
        <w:guid w:val="{401A7453-62BC-4703-BE8C-CC4BB7374E77}"/>
      </w:docPartPr>
      <w:docPartBody>
        <w:p w:rsidR="00A44D71" w:rsidRDefault="00162252" w:rsidP="00162252">
          <w:pPr>
            <w:pStyle w:val="A25C1A8F7506479792087B2874D6A684"/>
          </w:pPr>
          <w:r w:rsidRPr="00B4287A">
            <w:rPr>
              <w:rStyle w:val="PlaceholderText"/>
            </w:rPr>
            <w:t>8.c Enter destinations and language versions</w:t>
          </w:r>
        </w:p>
      </w:docPartBody>
    </w:docPart>
    <w:docPart>
      <w:docPartPr>
        <w:name w:val="594AE0A0E2E2443AB53DABBB906DF107"/>
        <w:category>
          <w:name w:val="General"/>
          <w:gallery w:val="placeholder"/>
        </w:category>
        <w:types>
          <w:type w:val="bbPlcHdr"/>
        </w:types>
        <w:behaviors>
          <w:behavior w:val="content"/>
        </w:behaviors>
        <w:guid w:val="{FDEE7E73-9110-4E7E-A953-628F615D1BF0}"/>
      </w:docPartPr>
      <w:docPartBody>
        <w:p w:rsidR="00A44D71" w:rsidRDefault="00162252" w:rsidP="00162252">
          <w:pPr>
            <w:pStyle w:val="594AE0A0E2E2443AB53DABBB906DF107"/>
          </w:pPr>
          <w:r w:rsidRPr="00B4287A">
            <w:rPr>
              <w:rStyle w:val="PlaceholderText"/>
            </w:rPr>
            <w:t>9.a Select applicability date</w:t>
          </w:r>
        </w:p>
      </w:docPartBody>
    </w:docPart>
    <w:docPart>
      <w:docPartPr>
        <w:name w:val="A03B48DAD6C94D399E22C224E66C83D9"/>
        <w:category>
          <w:name w:val="General"/>
          <w:gallery w:val="placeholder"/>
        </w:category>
        <w:types>
          <w:type w:val="bbPlcHdr"/>
        </w:types>
        <w:behaviors>
          <w:behavior w:val="content"/>
        </w:behaviors>
        <w:guid w:val="{89F218EE-09A7-4798-A0C1-D936625A4655}"/>
      </w:docPartPr>
      <w:docPartBody>
        <w:p w:rsidR="00A44D71" w:rsidRDefault="00162252" w:rsidP="00162252">
          <w:pPr>
            <w:pStyle w:val="A03B48DAD6C94D399E22C224E66C83D9"/>
          </w:pPr>
          <w:r w:rsidRPr="00B4287A">
            <w:rPr>
              <w:rStyle w:val="PlaceholderText"/>
            </w:rPr>
            <w:t>9.b Enter exemption and supporting basis</w:t>
          </w:r>
        </w:p>
      </w:docPartBody>
    </w:docPart>
    <w:docPart>
      <w:docPartPr>
        <w:name w:val="CFA2E87F73F14FCAB9FAE7B493F5E34A"/>
        <w:category>
          <w:name w:val="General"/>
          <w:gallery w:val="placeholder"/>
        </w:category>
        <w:types>
          <w:type w:val="bbPlcHdr"/>
        </w:types>
        <w:behaviors>
          <w:behavior w:val="content"/>
        </w:behaviors>
        <w:guid w:val="{3FF01301-3527-4D2B-8908-09303476DB12}"/>
      </w:docPartPr>
      <w:docPartBody>
        <w:p w:rsidR="00A44D71" w:rsidRDefault="00162252" w:rsidP="00162252">
          <w:pPr>
            <w:pStyle w:val="CFA2E87F73F14FCAB9FAE7B493F5E34A"/>
          </w:pPr>
          <w:r w:rsidRPr="00B4287A">
            <w:rPr>
              <w:rStyle w:val="PlaceholderText"/>
            </w:rPr>
            <w:t>9.c Enter destination compostability status</w:t>
          </w:r>
        </w:p>
      </w:docPartBody>
    </w:docPart>
    <w:docPart>
      <w:docPartPr>
        <w:name w:val="7769BCB897114E998AE7BE7606CC7982"/>
        <w:category>
          <w:name w:val="General"/>
          <w:gallery w:val="placeholder"/>
        </w:category>
        <w:types>
          <w:type w:val="bbPlcHdr"/>
        </w:types>
        <w:behaviors>
          <w:behavior w:val="content"/>
        </w:behaviors>
        <w:guid w:val="{2A1946CF-20C9-4417-A38B-708B9C0260F2}"/>
      </w:docPartPr>
      <w:docPartBody>
        <w:p w:rsidR="00A44D71" w:rsidRDefault="00162252" w:rsidP="00162252">
          <w:pPr>
            <w:pStyle w:val="7769BCB897114E998AE7BE7606CC7982"/>
          </w:pPr>
          <w:r w:rsidRPr="00B4287A">
            <w:rPr>
              <w:rStyle w:val="PlaceholderText"/>
            </w:rPr>
            <w:t>9.d Enter label and claim review reference</w:t>
          </w:r>
        </w:p>
      </w:docPartBody>
    </w:docPart>
    <w:docPart>
      <w:docPartPr>
        <w:name w:val="0F6A99F1C910410E844986E17D159087"/>
        <w:category>
          <w:name w:val="General"/>
          <w:gallery w:val="placeholder"/>
        </w:category>
        <w:types>
          <w:type w:val="bbPlcHdr"/>
        </w:types>
        <w:behaviors>
          <w:behavior w:val="content"/>
        </w:behaviors>
        <w:guid w:val="{20016D4A-2524-4991-BC4A-A89CD8B632A1}"/>
      </w:docPartPr>
      <w:docPartBody>
        <w:p w:rsidR="00A44D71" w:rsidRDefault="00162252" w:rsidP="00162252">
          <w:pPr>
            <w:pStyle w:val="0F6A99F1C910410E844986E17D159087"/>
          </w:pPr>
          <w:r w:rsidRPr="00B4287A">
            <w:rPr>
              <w:rStyle w:val="PlaceholderText"/>
            </w:rPr>
            <w:t>9.e Enter applicable scheme marks</w:t>
          </w:r>
        </w:p>
      </w:docPartBody>
    </w:docPart>
    <w:docPart>
      <w:docPartPr>
        <w:name w:val="0579BA90FDFC4CD796B7E06ABDE1CB1C"/>
        <w:category>
          <w:name w:val="General"/>
          <w:gallery w:val="placeholder"/>
        </w:category>
        <w:types>
          <w:type w:val="bbPlcHdr"/>
        </w:types>
        <w:behaviors>
          <w:behavior w:val="content"/>
        </w:behaviors>
        <w:guid w:val="{D4742369-3AA4-4508-9014-370DEBE5E795}"/>
      </w:docPartPr>
      <w:docPartBody>
        <w:p w:rsidR="00A44D71" w:rsidRDefault="00162252" w:rsidP="00162252">
          <w:pPr>
            <w:pStyle w:val="0579BA90FDFC4CD796B7E06ABDE1CB1C"/>
          </w:pPr>
          <w:r w:rsidRPr="00B4287A">
            <w:rPr>
              <w:rStyle w:val="PlaceholderText"/>
            </w:rPr>
            <w:t>10.a Enter manufacturer legal name</w:t>
          </w:r>
        </w:p>
      </w:docPartBody>
    </w:docPart>
    <w:docPart>
      <w:docPartPr>
        <w:name w:val="85E9AC19F8364634BD539E7474A75943"/>
        <w:category>
          <w:name w:val="General"/>
          <w:gallery w:val="placeholder"/>
        </w:category>
        <w:types>
          <w:type w:val="bbPlcHdr"/>
        </w:types>
        <w:behaviors>
          <w:behavior w:val="content"/>
        </w:behaviors>
        <w:guid w:val="{2C09D8F0-313D-4CBC-9087-9760D608661E}"/>
      </w:docPartPr>
      <w:docPartBody>
        <w:p w:rsidR="00A44D71" w:rsidRDefault="00162252" w:rsidP="00162252">
          <w:pPr>
            <w:pStyle w:val="85E9AC19F8364634BD539E7474A75943"/>
          </w:pPr>
          <w:r w:rsidRPr="00B4287A">
            <w:rPr>
              <w:rStyle w:val="PlaceholderText"/>
            </w:rPr>
            <w:t>10.b Enter city and country</w:t>
          </w:r>
        </w:p>
      </w:docPartBody>
    </w:docPart>
    <w:docPart>
      <w:docPartPr>
        <w:name w:val="86DC34A781504608A656181A8ACAD0B6"/>
        <w:category>
          <w:name w:val="General"/>
          <w:gallery w:val="placeholder"/>
        </w:category>
        <w:types>
          <w:type w:val="bbPlcHdr"/>
        </w:types>
        <w:behaviors>
          <w:behavior w:val="content"/>
        </w:behaviors>
        <w:guid w:val="{80A57075-85A5-4EFE-9F9E-E43C47261168}"/>
      </w:docPartPr>
      <w:docPartBody>
        <w:p w:rsidR="00A44D71" w:rsidRDefault="00162252" w:rsidP="00162252">
          <w:pPr>
            <w:pStyle w:val="86DC34A781504608A656181A8ACAD0B6"/>
          </w:pPr>
          <w:r w:rsidRPr="00B4287A">
            <w:rPr>
              <w:rStyle w:val="PlaceholderText"/>
              <w:u w:val="single"/>
            </w:rPr>
            <w:t>10.e Enter signature</w:t>
          </w:r>
        </w:p>
      </w:docPartBody>
    </w:docPart>
    <w:docPart>
      <w:docPartPr>
        <w:name w:val="40451FCE6B9143F18BF29028FCE90598"/>
        <w:category>
          <w:name w:val="General"/>
          <w:gallery w:val="placeholder"/>
        </w:category>
        <w:types>
          <w:type w:val="bbPlcHdr"/>
        </w:types>
        <w:behaviors>
          <w:behavior w:val="content"/>
        </w:behaviors>
        <w:guid w:val="{83B6B6B9-58E2-44D1-B4A5-2EBA75784201}"/>
      </w:docPartPr>
      <w:docPartBody>
        <w:p w:rsidR="00A44D71" w:rsidRDefault="00162252" w:rsidP="00162252">
          <w:pPr>
            <w:pStyle w:val="40451FCE6B9143F18BF29028FCE90598"/>
          </w:pPr>
          <w:r w:rsidRPr="00B4287A">
            <w:rPr>
              <w:rStyle w:val="PlaceholderText"/>
              <w:i/>
            </w:rPr>
            <w:t>10.c Select date</w:t>
          </w:r>
        </w:p>
      </w:docPartBody>
    </w:docPart>
    <w:docPart>
      <w:docPartPr>
        <w:name w:val="5C02B12F6C6340F7AC2D43A9D3F46782"/>
        <w:category>
          <w:name w:val="General"/>
          <w:gallery w:val="placeholder"/>
        </w:category>
        <w:types>
          <w:type w:val="bbPlcHdr"/>
        </w:types>
        <w:behaviors>
          <w:behavior w:val="content"/>
        </w:behaviors>
        <w:guid w:val="{0AECF4C7-583E-42DD-B3F0-87D1412C3A53}"/>
      </w:docPartPr>
      <w:docPartBody>
        <w:p w:rsidR="00A44D71" w:rsidRDefault="00162252" w:rsidP="00162252">
          <w:pPr>
            <w:pStyle w:val="5C02B12F6C6340F7AC2D43A9D3F46782"/>
          </w:pPr>
          <w:r w:rsidRPr="00B4287A">
            <w:rPr>
              <w:rStyle w:val="PlaceholderText"/>
              <w:i/>
            </w:rPr>
            <w:t>10.d Enter printed name</w:t>
          </w:r>
        </w:p>
      </w:docPartBody>
    </w:docPart>
    <w:docPart>
      <w:docPartPr>
        <w:name w:val="0C929466E5E24762ABE7B30F4DF065D0"/>
        <w:category>
          <w:name w:val="General"/>
          <w:gallery w:val="placeholder"/>
        </w:category>
        <w:types>
          <w:type w:val="bbPlcHdr"/>
        </w:types>
        <w:behaviors>
          <w:behavior w:val="content"/>
        </w:behaviors>
        <w:guid w:val="{438E8341-B5F9-47F5-ACB8-0A9732786B36}"/>
      </w:docPartPr>
      <w:docPartBody>
        <w:p w:rsidR="00A44D71" w:rsidRDefault="00162252" w:rsidP="00162252">
          <w:pPr>
            <w:pStyle w:val="0C929466E5E24762ABE7B30F4DF065D0"/>
          </w:pPr>
          <w:r w:rsidRPr="00B4287A">
            <w:rPr>
              <w:rStyle w:val="PlaceholderText"/>
              <w:i/>
            </w:rPr>
            <w:t>10.f Enter job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EA"/>
    <w:rsid w:val="00004C7F"/>
    <w:rsid w:val="000779E3"/>
    <w:rsid w:val="00162252"/>
    <w:rsid w:val="002465D5"/>
    <w:rsid w:val="00261821"/>
    <w:rsid w:val="002A7C3B"/>
    <w:rsid w:val="00303680"/>
    <w:rsid w:val="00434FB1"/>
    <w:rsid w:val="00450BB9"/>
    <w:rsid w:val="004D0D64"/>
    <w:rsid w:val="004D0FF9"/>
    <w:rsid w:val="005C23D5"/>
    <w:rsid w:val="006235B7"/>
    <w:rsid w:val="006E0750"/>
    <w:rsid w:val="006E6CFB"/>
    <w:rsid w:val="00791C89"/>
    <w:rsid w:val="007A14BE"/>
    <w:rsid w:val="007B11EA"/>
    <w:rsid w:val="008E6431"/>
    <w:rsid w:val="009064E5"/>
    <w:rsid w:val="00A44D71"/>
    <w:rsid w:val="00A73344"/>
    <w:rsid w:val="00C46DAA"/>
    <w:rsid w:val="00D07C06"/>
    <w:rsid w:val="00D80C4A"/>
    <w:rsid w:val="00DB4692"/>
    <w:rsid w:val="00DC477D"/>
    <w:rsid w:val="00DD45BF"/>
    <w:rsid w:val="00E14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2252"/>
    <w:rPr>
      <w:color w:val="666666"/>
    </w:rPr>
  </w:style>
  <w:style w:type="character" w:customStyle="1" w:styleId="CompanyNameTitle">
    <w:name w:val="CompanyNameTitle"/>
    <w:basedOn w:val="DefaultParagraphFont"/>
    <w:uiPriority w:val="1"/>
    <w:rsid w:val="007B11EA"/>
    <w:rPr>
      <w:rFonts w:ascii="Times New Roman" w:hAnsi="Times New Roman"/>
      <w:b/>
      <w:caps w:val="0"/>
      <w:smallCaps w:val="0"/>
      <w:strike w:val="0"/>
      <w:dstrike w:val="0"/>
      <w:vanish w:val="0"/>
      <w:color w:val="000000" w:themeColor="text1"/>
      <w:sz w:val="30"/>
      <w:vertAlign w:val="baseline"/>
    </w:rPr>
  </w:style>
  <w:style w:type="paragraph" w:customStyle="1" w:styleId="46531A08526248A48597F2ADBF03D5017">
    <w:name w:val="46531A08526248A48597F2ADBF03D5017"/>
    <w:rsid w:val="007B11EA"/>
    <w:pPr>
      <w:spacing w:after="120" w:line="240" w:lineRule="auto"/>
      <w:jc w:val="center"/>
    </w:pPr>
    <w:rPr>
      <w:rFonts w:ascii="Times New Roman" w:hAnsi="Times New Roman"/>
      <w:b/>
      <w:color w:val="000000"/>
      <w:kern w:val="0"/>
      <w:sz w:val="30"/>
      <w:szCs w:val="22"/>
      <w14:ligatures w14:val="none"/>
    </w:rPr>
  </w:style>
  <w:style w:type="paragraph" w:customStyle="1" w:styleId="1A6C6669226B4D5BB7C12953C407AB7D8">
    <w:name w:val="1A6C6669226B4D5BB7C12953C407AB7D8"/>
    <w:rsid w:val="007B11EA"/>
    <w:pPr>
      <w:spacing w:after="120" w:line="240" w:lineRule="auto"/>
    </w:pPr>
    <w:rPr>
      <w:rFonts w:ascii="Times New Roman" w:hAnsi="Times New Roman"/>
      <w:color w:val="000000"/>
      <w:kern w:val="0"/>
      <w:szCs w:val="22"/>
      <w14:ligatures w14:val="none"/>
    </w:rPr>
  </w:style>
  <w:style w:type="paragraph" w:customStyle="1" w:styleId="ABFB1CDE1B924F16B2B61BF7E57280848">
    <w:name w:val="ABFB1CDE1B924F16B2B61BF7E57280848"/>
    <w:rsid w:val="007B11EA"/>
    <w:pPr>
      <w:spacing w:after="120" w:line="240" w:lineRule="auto"/>
    </w:pPr>
    <w:rPr>
      <w:rFonts w:ascii="Times New Roman" w:hAnsi="Times New Roman"/>
      <w:color w:val="000000"/>
      <w:kern w:val="0"/>
      <w:szCs w:val="22"/>
      <w14:ligatures w14:val="none"/>
    </w:rPr>
  </w:style>
  <w:style w:type="paragraph" w:customStyle="1" w:styleId="2B7271D9ABD84A4997CCFBAC1616CA068">
    <w:name w:val="2B7271D9ABD84A4997CCFBAC1616CA068"/>
    <w:rsid w:val="007B11EA"/>
    <w:pPr>
      <w:spacing w:after="120" w:line="240" w:lineRule="auto"/>
    </w:pPr>
    <w:rPr>
      <w:rFonts w:ascii="Times New Roman" w:hAnsi="Times New Roman"/>
      <w:color w:val="000000"/>
      <w:kern w:val="0"/>
      <w:szCs w:val="22"/>
      <w14:ligatures w14:val="none"/>
    </w:rPr>
  </w:style>
  <w:style w:type="paragraph" w:customStyle="1" w:styleId="B9CBC9C97FA34A1296DA3D6113D792302">
    <w:name w:val="B9CBC9C97FA34A1296DA3D6113D792302"/>
    <w:rsid w:val="007B11EA"/>
    <w:pPr>
      <w:spacing w:after="120" w:line="240" w:lineRule="auto"/>
    </w:pPr>
    <w:rPr>
      <w:rFonts w:ascii="Times New Roman" w:hAnsi="Times New Roman"/>
      <w:b/>
      <w:color w:val="000000"/>
      <w:kern w:val="0"/>
      <w:szCs w:val="22"/>
      <w14:ligatures w14:val="none"/>
    </w:rPr>
  </w:style>
  <w:style w:type="paragraph" w:customStyle="1" w:styleId="9DBD791E82374C8EB48DFFDA22035BBE5">
    <w:name w:val="9DBD791E82374C8EB48DFFDA22035BBE5"/>
    <w:rsid w:val="007B11EA"/>
    <w:pPr>
      <w:spacing w:after="120" w:line="240" w:lineRule="auto"/>
    </w:pPr>
    <w:rPr>
      <w:rFonts w:ascii="Times New Roman" w:hAnsi="Times New Roman"/>
      <w:color w:val="000000"/>
      <w:kern w:val="0"/>
      <w:szCs w:val="22"/>
      <w14:ligatures w14:val="none"/>
    </w:rPr>
  </w:style>
  <w:style w:type="paragraph" w:customStyle="1" w:styleId="33CE8B55B015400B810A04289F28CD183">
    <w:name w:val="33CE8B55B015400B810A04289F28CD183"/>
    <w:rsid w:val="007B11EA"/>
    <w:pPr>
      <w:spacing w:after="120" w:line="240" w:lineRule="auto"/>
    </w:pPr>
    <w:rPr>
      <w:rFonts w:ascii="Times New Roman" w:hAnsi="Times New Roman"/>
      <w:color w:val="000000"/>
      <w:kern w:val="0"/>
      <w:szCs w:val="22"/>
      <w14:ligatures w14:val="none"/>
    </w:rPr>
  </w:style>
  <w:style w:type="paragraph" w:customStyle="1" w:styleId="D7310630B8464281ADF349D5A1AFCBD43">
    <w:name w:val="D7310630B8464281ADF349D5A1AFCBD43"/>
    <w:rsid w:val="007B11EA"/>
    <w:pPr>
      <w:spacing w:after="120" w:line="240" w:lineRule="auto"/>
    </w:pPr>
    <w:rPr>
      <w:rFonts w:ascii="Times New Roman" w:hAnsi="Times New Roman"/>
      <w:color w:val="000000"/>
      <w:kern w:val="0"/>
      <w:szCs w:val="22"/>
      <w14:ligatures w14:val="none"/>
    </w:rPr>
  </w:style>
  <w:style w:type="paragraph" w:customStyle="1" w:styleId="A124190B47A1464AB8D1F048F0E5C4333">
    <w:name w:val="A124190B47A1464AB8D1F048F0E5C4333"/>
    <w:rsid w:val="007B11EA"/>
    <w:pPr>
      <w:spacing w:after="120" w:line="240" w:lineRule="auto"/>
    </w:pPr>
    <w:rPr>
      <w:rFonts w:ascii="Times New Roman" w:hAnsi="Times New Roman"/>
      <w:color w:val="000000"/>
      <w:kern w:val="0"/>
      <w:szCs w:val="22"/>
      <w14:ligatures w14:val="none"/>
    </w:rPr>
  </w:style>
  <w:style w:type="paragraph" w:customStyle="1" w:styleId="CCDF59B623EB4184BFE0515979510EFA8">
    <w:name w:val="CCDF59B623EB4184BFE0515979510EFA8"/>
    <w:rsid w:val="007B11EA"/>
    <w:pPr>
      <w:spacing w:after="120" w:line="240" w:lineRule="auto"/>
    </w:pPr>
    <w:rPr>
      <w:rFonts w:ascii="Times New Roman" w:hAnsi="Times New Roman"/>
      <w:color w:val="000000"/>
      <w:kern w:val="0"/>
      <w:szCs w:val="22"/>
      <w14:ligatures w14:val="none"/>
    </w:rPr>
  </w:style>
  <w:style w:type="paragraph" w:customStyle="1" w:styleId="9262E122631C4AAF91A3D2BE97533C818">
    <w:name w:val="9262E122631C4AAF91A3D2BE97533C818"/>
    <w:rsid w:val="007B11EA"/>
    <w:pPr>
      <w:spacing w:after="120" w:line="240" w:lineRule="auto"/>
    </w:pPr>
    <w:rPr>
      <w:rFonts w:ascii="Times New Roman" w:hAnsi="Times New Roman"/>
      <w:color w:val="000000"/>
      <w:kern w:val="0"/>
      <w:szCs w:val="22"/>
      <w14:ligatures w14:val="none"/>
    </w:rPr>
  </w:style>
  <w:style w:type="paragraph" w:customStyle="1" w:styleId="9D5FFB07B9F34308952436B31A4F1BA88">
    <w:name w:val="9D5FFB07B9F34308952436B31A4F1BA88"/>
    <w:rsid w:val="007B11EA"/>
    <w:pPr>
      <w:spacing w:after="120" w:line="240" w:lineRule="auto"/>
    </w:pPr>
    <w:rPr>
      <w:rFonts w:ascii="Times New Roman" w:hAnsi="Times New Roman"/>
      <w:color w:val="000000"/>
      <w:kern w:val="0"/>
      <w:szCs w:val="22"/>
      <w14:ligatures w14:val="none"/>
    </w:rPr>
  </w:style>
  <w:style w:type="paragraph" w:customStyle="1" w:styleId="A08BDF61EEEB40608015098660EF32F28">
    <w:name w:val="A08BDF61EEEB40608015098660EF32F28"/>
    <w:rsid w:val="007B11EA"/>
    <w:pPr>
      <w:spacing w:after="120" w:line="240" w:lineRule="auto"/>
    </w:pPr>
    <w:rPr>
      <w:rFonts w:ascii="Times New Roman" w:hAnsi="Times New Roman"/>
      <w:color w:val="000000"/>
      <w:kern w:val="0"/>
      <w:szCs w:val="22"/>
      <w14:ligatures w14:val="none"/>
    </w:rPr>
  </w:style>
  <w:style w:type="paragraph" w:customStyle="1" w:styleId="868B192AF9954ADF8185A342C04AFE978">
    <w:name w:val="868B192AF9954ADF8185A342C04AFE978"/>
    <w:rsid w:val="007B11EA"/>
    <w:pPr>
      <w:spacing w:after="120" w:line="240" w:lineRule="auto"/>
    </w:pPr>
    <w:rPr>
      <w:rFonts w:ascii="Times New Roman" w:hAnsi="Times New Roman"/>
      <w:color w:val="000000"/>
      <w:kern w:val="0"/>
      <w:szCs w:val="22"/>
      <w14:ligatures w14:val="none"/>
    </w:rPr>
  </w:style>
  <w:style w:type="paragraph" w:customStyle="1" w:styleId="A42B2C65A80E4D0697F9A2FC9BB609D68">
    <w:name w:val="A42B2C65A80E4D0697F9A2FC9BB609D68"/>
    <w:rsid w:val="007B11EA"/>
    <w:pPr>
      <w:spacing w:after="120" w:line="240" w:lineRule="auto"/>
    </w:pPr>
    <w:rPr>
      <w:rFonts w:ascii="Times New Roman" w:hAnsi="Times New Roman"/>
      <w:color w:val="000000"/>
      <w:kern w:val="0"/>
      <w:szCs w:val="22"/>
      <w14:ligatures w14:val="none"/>
    </w:rPr>
  </w:style>
  <w:style w:type="paragraph" w:customStyle="1" w:styleId="4E27F9F87CE042CA819AD7AB18FED0ED8">
    <w:name w:val="4E27F9F87CE042CA819AD7AB18FED0ED8"/>
    <w:rsid w:val="007B11EA"/>
    <w:pPr>
      <w:spacing w:after="120" w:line="240" w:lineRule="auto"/>
    </w:pPr>
    <w:rPr>
      <w:rFonts w:ascii="Times New Roman" w:hAnsi="Times New Roman"/>
      <w:color w:val="000000"/>
      <w:kern w:val="0"/>
      <w:szCs w:val="22"/>
      <w14:ligatures w14:val="none"/>
    </w:rPr>
  </w:style>
  <w:style w:type="paragraph" w:customStyle="1" w:styleId="7CDA4B5D3EB1494A983A9DD434A632488">
    <w:name w:val="7CDA4B5D3EB1494A983A9DD434A632488"/>
    <w:rsid w:val="007B11EA"/>
    <w:pPr>
      <w:spacing w:after="120" w:line="240" w:lineRule="auto"/>
    </w:pPr>
    <w:rPr>
      <w:rFonts w:ascii="Times New Roman" w:hAnsi="Times New Roman"/>
      <w:color w:val="000000"/>
      <w:kern w:val="0"/>
      <w:szCs w:val="22"/>
      <w14:ligatures w14:val="none"/>
    </w:rPr>
  </w:style>
  <w:style w:type="paragraph" w:customStyle="1" w:styleId="CD6579D19E6640DFAC67EF2EC3928ECC8">
    <w:name w:val="CD6579D19E6640DFAC67EF2EC3928ECC8"/>
    <w:rsid w:val="007B11EA"/>
    <w:pPr>
      <w:spacing w:after="120" w:line="240" w:lineRule="auto"/>
    </w:pPr>
    <w:rPr>
      <w:rFonts w:ascii="Times New Roman" w:hAnsi="Times New Roman"/>
      <w:color w:val="000000"/>
      <w:kern w:val="0"/>
      <w:szCs w:val="22"/>
      <w14:ligatures w14:val="none"/>
    </w:rPr>
  </w:style>
  <w:style w:type="paragraph" w:customStyle="1" w:styleId="9320C98B94D84FC29893AC8FDC1033868">
    <w:name w:val="9320C98B94D84FC29893AC8FDC1033868"/>
    <w:rsid w:val="007B11EA"/>
    <w:pPr>
      <w:spacing w:after="120" w:line="240" w:lineRule="auto"/>
    </w:pPr>
    <w:rPr>
      <w:rFonts w:ascii="Times New Roman" w:hAnsi="Times New Roman"/>
      <w:color w:val="000000"/>
      <w:kern w:val="0"/>
      <w:szCs w:val="22"/>
      <w14:ligatures w14:val="none"/>
    </w:rPr>
  </w:style>
  <w:style w:type="paragraph" w:customStyle="1" w:styleId="F5B817F199334296955E38C96A35C5038">
    <w:name w:val="F5B817F199334296955E38C96A35C5038"/>
    <w:rsid w:val="007B11EA"/>
    <w:pPr>
      <w:spacing w:after="120" w:line="240" w:lineRule="auto"/>
    </w:pPr>
    <w:rPr>
      <w:rFonts w:ascii="Times New Roman" w:hAnsi="Times New Roman"/>
      <w:color w:val="000000"/>
      <w:kern w:val="0"/>
      <w:szCs w:val="22"/>
      <w14:ligatures w14:val="none"/>
    </w:rPr>
  </w:style>
  <w:style w:type="paragraph" w:customStyle="1" w:styleId="210875735C414A8692CC13F16A6222E78">
    <w:name w:val="210875735C414A8692CC13F16A6222E78"/>
    <w:rsid w:val="007B11EA"/>
    <w:pPr>
      <w:spacing w:after="120" w:line="240" w:lineRule="auto"/>
    </w:pPr>
    <w:rPr>
      <w:rFonts w:ascii="Times New Roman" w:hAnsi="Times New Roman"/>
      <w:color w:val="000000"/>
      <w:kern w:val="0"/>
      <w:szCs w:val="22"/>
      <w14:ligatures w14:val="none"/>
    </w:rPr>
  </w:style>
  <w:style w:type="paragraph" w:customStyle="1" w:styleId="8D1C5CE6F37C4587BEF264E6E0D99F688">
    <w:name w:val="8D1C5CE6F37C4587BEF264E6E0D99F688"/>
    <w:rsid w:val="007B11EA"/>
    <w:pPr>
      <w:spacing w:after="120" w:line="240" w:lineRule="auto"/>
    </w:pPr>
    <w:rPr>
      <w:rFonts w:ascii="Times New Roman" w:hAnsi="Times New Roman"/>
      <w:color w:val="000000"/>
      <w:kern w:val="0"/>
      <w:szCs w:val="22"/>
      <w14:ligatures w14:val="none"/>
    </w:rPr>
  </w:style>
  <w:style w:type="paragraph" w:customStyle="1" w:styleId="3A8F81DEE40A4FB582A81F296CAF34128">
    <w:name w:val="3A8F81DEE40A4FB582A81F296CAF34128"/>
    <w:rsid w:val="007B11EA"/>
    <w:pPr>
      <w:spacing w:after="120" w:line="240" w:lineRule="auto"/>
    </w:pPr>
    <w:rPr>
      <w:rFonts w:ascii="Times New Roman" w:hAnsi="Times New Roman"/>
      <w:color w:val="000000"/>
      <w:kern w:val="0"/>
      <w:szCs w:val="22"/>
      <w14:ligatures w14:val="none"/>
    </w:rPr>
  </w:style>
  <w:style w:type="paragraph" w:customStyle="1" w:styleId="0680682F6D554CB4A00376E1DB5AFAF98">
    <w:name w:val="0680682F6D554CB4A00376E1DB5AFAF98"/>
    <w:rsid w:val="007B11EA"/>
    <w:pPr>
      <w:spacing w:after="120" w:line="240" w:lineRule="auto"/>
    </w:pPr>
    <w:rPr>
      <w:rFonts w:ascii="Times New Roman" w:hAnsi="Times New Roman"/>
      <w:color w:val="000000"/>
      <w:kern w:val="0"/>
      <w:szCs w:val="22"/>
      <w14:ligatures w14:val="none"/>
    </w:rPr>
  </w:style>
  <w:style w:type="paragraph" w:customStyle="1" w:styleId="20D4638869654405BB8143B56231570D8">
    <w:name w:val="20D4638869654405BB8143B56231570D8"/>
    <w:rsid w:val="007B11EA"/>
    <w:pPr>
      <w:spacing w:after="120" w:line="240" w:lineRule="auto"/>
    </w:pPr>
    <w:rPr>
      <w:rFonts w:ascii="Times New Roman" w:hAnsi="Times New Roman"/>
      <w:color w:val="000000"/>
      <w:kern w:val="0"/>
      <w:szCs w:val="22"/>
      <w14:ligatures w14:val="none"/>
    </w:rPr>
  </w:style>
  <w:style w:type="paragraph" w:customStyle="1" w:styleId="1025239CCFD84CFC8575F33F4038FF4D2">
    <w:name w:val="1025239CCFD84CFC8575F33F4038FF4D2"/>
    <w:rsid w:val="007B11EA"/>
    <w:pPr>
      <w:spacing w:after="120" w:line="240" w:lineRule="auto"/>
    </w:pPr>
    <w:rPr>
      <w:rFonts w:ascii="Times New Roman" w:hAnsi="Times New Roman"/>
      <w:color w:val="000000"/>
      <w:kern w:val="0"/>
      <w:szCs w:val="22"/>
      <w14:ligatures w14:val="none"/>
    </w:rPr>
  </w:style>
  <w:style w:type="paragraph" w:customStyle="1" w:styleId="BEA5EC8AB2084B85903EC6EF45A707A8">
    <w:name w:val="BEA5EC8AB2084B85903EC6EF45A707A8"/>
    <w:rsid w:val="007B11EA"/>
    <w:pPr>
      <w:spacing w:after="120" w:line="240" w:lineRule="auto"/>
    </w:pPr>
    <w:rPr>
      <w:rFonts w:ascii="Times New Roman" w:hAnsi="Times New Roman"/>
      <w:color w:val="000000"/>
      <w:kern w:val="0"/>
      <w:szCs w:val="22"/>
      <w14:ligatures w14:val="none"/>
    </w:rPr>
  </w:style>
  <w:style w:type="paragraph" w:customStyle="1" w:styleId="E180495088CF4AF99E340340A5EB524F8">
    <w:name w:val="E180495088CF4AF99E340340A5EB524F8"/>
    <w:rsid w:val="007B11EA"/>
    <w:pPr>
      <w:spacing w:after="120" w:line="240" w:lineRule="auto"/>
    </w:pPr>
    <w:rPr>
      <w:rFonts w:ascii="Times New Roman" w:hAnsi="Times New Roman"/>
      <w:color w:val="000000"/>
      <w:kern w:val="0"/>
      <w:szCs w:val="22"/>
      <w14:ligatures w14:val="none"/>
    </w:rPr>
  </w:style>
  <w:style w:type="paragraph" w:customStyle="1" w:styleId="436CC0ED6E2B4E98BBE1703A4B998B201">
    <w:name w:val="436CC0ED6E2B4E98BBE1703A4B998B201"/>
    <w:rsid w:val="007B11EA"/>
    <w:pPr>
      <w:spacing w:after="120" w:line="240" w:lineRule="auto"/>
    </w:pPr>
    <w:rPr>
      <w:rFonts w:ascii="Times New Roman" w:hAnsi="Times New Roman"/>
      <w:color w:val="000000"/>
      <w:kern w:val="0"/>
      <w:szCs w:val="22"/>
      <w14:ligatures w14:val="none"/>
    </w:rPr>
  </w:style>
  <w:style w:type="paragraph" w:customStyle="1" w:styleId="FDCDF1580BF04A979772536E519068E08">
    <w:name w:val="FDCDF1580BF04A979772536E519068E08"/>
    <w:rsid w:val="007B11EA"/>
    <w:pPr>
      <w:spacing w:after="120" w:line="240" w:lineRule="auto"/>
    </w:pPr>
    <w:rPr>
      <w:rFonts w:ascii="Times New Roman" w:hAnsi="Times New Roman"/>
      <w:color w:val="000000"/>
      <w:kern w:val="0"/>
      <w:szCs w:val="22"/>
      <w14:ligatures w14:val="none"/>
    </w:rPr>
  </w:style>
  <w:style w:type="paragraph" w:customStyle="1" w:styleId="6E40BCFE8BF2403A9C03A9B90BDC909D">
    <w:name w:val="6E40BCFE8BF2403A9C03A9B90BDC909D"/>
    <w:rsid w:val="00162252"/>
    <w:pPr>
      <w:spacing w:after="120" w:line="240" w:lineRule="auto"/>
    </w:pPr>
    <w:rPr>
      <w:rFonts w:ascii="Times New Roman" w:hAnsi="Times New Roman" w:cs="Times New Roman"/>
      <w:color w:val="000000"/>
      <w:kern w:val="0"/>
      <w:szCs w:val="22"/>
      <w14:ligatures w14:val="none"/>
    </w:rPr>
  </w:style>
  <w:style w:type="paragraph" w:customStyle="1" w:styleId="6679D692A69A455E8B52F6180D6D15D6">
    <w:name w:val="6679D692A69A455E8B52F6180D6D15D6"/>
    <w:rsid w:val="00162252"/>
    <w:pPr>
      <w:spacing w:after="120" w:line="240" w:lineRule="auto"/>
    </w:pPr>
    <w:rPr>
      <w:rFonts w:ascii="Times New Roman" w:hAnsi="Times New Roman" w:cs="Times New Roman"/>
      <w:color w:val="000000"/>
      <w:kern w:val="0"/>
      <w:szCs w:val="22"/>
      <w14:ligatures w14:val="none"/>
    </w:rPr>
  </w:style>
  <w:style w:type="paragraph" w:customStyle="1" w:styleId="64437794DE8948A9BA32E65A3A181DAE">
    <w:name w:val="64437794DE8948A9BA32E65A3A181DAE"/>
    <w:rsid w:val="00162252"/>
    <w:pPr>
      <w:spacing w:after="120" w:line="240" w:lineRule="auto"/>
    </w:pPr>
    <w:rPr>
      <w:rFonts w:ascii="Times New Roman" w:hAnsi="Times New Roman" w:cs="Times New Roman"/>
      <w:color w:val="000000"/>
      <w:kern w:val="0"/>
      <w:szCs w:val="22"/>
      <w14:ligatures w14:val="none"/>
    </w:rPr>
  </w:style>
  <w:style w:type="paragraph" w:customStyle="1" w:styleId="EFD6D888FC024BD7B22EF627D23119BB">
    <w:name w:val="EFD6D888FC024BD7B22EF627D23119BB"/>
    <w:rsid w:val="00162252"/>
    <w:pPr>
      <w:spacing w:after="120" w:line="240" w:lineRule="auto"/>
    </w:pPr>
    <w:rPr>
      <w:rFonts w:ascii="Times New Roman" w:hAnsi="Times New Roman" w:cs="Times New Roman"/>
      <w:color w:val="000000"/>
      <w:kern w:val="0"/>
      <w:szCs w:val="22"/>
      <w14:ligatures w14:val="none"/>
    </w:rPr>
  </w:style>
  <w:style w:type="paragraph" w:customStyle="1" w:styleId="473CE47C0AC24727B5D4DD6029B44618">
    <w:name w:val="473CE47C0AC24727B5D4DD6029B44618"/>
    <w:rsid w:val="00162252"/>
    <w:pPr>
      <w:spacing w:after="120" w:line="240" w:lineRule="auto"/>
    </w:pPr>
    <w:rPr>
      <w:rFonts w:ascii="Times New Roman" w:hAnsi="Times New Roman" w:cs="Times New Roman"/>
      <w:color w:val="000000"/>
      <w:kern w:val="0"/>
      <w:szCs w:val="22"/>
      <w14:ligatures w14:val="none"/>
    </w:rPr>
  </w:style>
  <w:style w:type="paragraph" w:customStyle="1" w:styleId="53511336DA824E2ABB169793AA263A2A">
    <w:name w:val="53511336DA824E2ABB169793AA263A2A"/>
    <w:rsid w:val="00162252"/>
    <w:pPr>
      <w:spacing w:after="120" w:line="240" w:lineRule="auto"/>
    </w:pPr>
    <w:rPr>
      <w:rFonts w:ascii="Times New Roman" w:hAnsi="Times New Roman" w:cs="Times New Roman"/>
      <w:color w:val="000000"/>
      <w:kern w:val="0"/>
      <w:szCs w:val="22"/>
      <w14:ligatures w14:val="none"/>
    </w:rPr>
  </w:style>
  <w:style w:type="paragraph" w:customStyle="1" w:styleId="81C2AAB6622345CDA5282F3CCF86CA30">
    <w:name w:val="81C2AAB6622345CDA5282F3CCF86CA30"/>
    <w:rsid w:val="00162252"/>
    <w:pPr>
      <w:spacing w:after="120" w:line="240" w:lineRule="auto"/>
    </w:pPr>
    <w:rPr>
      <w:rFonts w:ascii="Times New Roman" w:hAnsi="Times New Roman" w:cs="Times New Roman"/>
      <w:color w:val="000000"/>
      <w:kern w:val="0"/>
      <w:szCs w:val="22"/>
      <w14:ligatures w14:val="none"/>
    </w:rPr>
  </w:style>
  <w:style w:type="paragraph" w:customStyle="1" w:styleId="6F0712EE7E6440C89232806A645A00EE">
    <w:name w:val="6F0712EE7E6440C89232806A645A00EE"/>
    <w:rsid w:val="00162252"/>
    <w:pPr>
      <w:spacing w:after="120" w:line="240" w:lineRule="auto"/>
    </w:pPr>
    <w:rPr>
      <w:rFonts w:ascii="Times New Roman" w:hAnsi="Times New Roman" w:cs="Times New Roman"/>
      <w:color w:val="000000"/>
      <w:kern w:val="0"/>
      <w:szCs w:val="22"/>
      <w14:ligatures w14:val="none"/>
    </w:rPr>
  </w:style>
  <w:style w:type="paragraph" w:customStyle="1" w:styleId="97FCB6C0C9774C73BE14567D24263501">
    <w:name w:val="97FCB6C0C9774C73BE14567D24263501"/>
    <w:rsid w:val="00162252"/>
    <w:pPr>
      <w:spacing w:after="120" w:line="240" w:lineRule="auto"/>
    </w:pPr>
    <w:rPr>
      <w:rFonts w:ascii="Times New Roman" w:hAnsi="Times New Roman" w:cs="Times New Roman"/>
      <w:color w:val="000000"/>
      <w:kern w:val="0"/>
      <w:szCs w:val="22"/>
      <w14:ligatures w14:val="none"/>
    </w:rPr>
  </w:style>
  <w:style w:type="paragraph" w:customStyle="1" w:styleId="83CF1D8951A54214884123EEF68F3CA6">
    <w:name w:val="83CF1D8951A54214884123EEF68F3CA6"/>
    <w:rsid w:val="00162252"/>
    <w:pPr>
      <w:spacing w:after="120" w:line="240" w:lineRule="auto"/>
    </w:pPr>
    <w:rPr>
      <w:rFonts w:ascii="Times New Roman" w:hAnsi="Times New Roman" w:cs="Times New Roman"/>
      <w:color w:val="000000"/>
      <w:kern w:val="0"/>
      <w:szCs w:val="22"/>
      <w14:ligatures w14:val="none"/>
    </w:rPr>
  </w:style>
  <w:style w:type="paragraph" w:customStyle="1" w:styleId="0A4618B339CD42948F7FD6A5228832C7">
    <w:name w:val="0A4618B339CD42948F7FD6A5228832C7"/>
    <w:rsid w:val="00162252"/>
    <w:pPr>
      <w:spacing w:after="120" w:line="240" w:lineRule="auto"/>
    </w:pPr>
    <w:rPr>
      <w:rFonts w:ascii="Times New Roman" w:hAnsi="Times New Roman" w:cs="Times New Roman"/>
      <w:color w:val="000000"/>
      <w:kern w:val="0"/>
      <w:szCs w:val="22"/>
      <w14:ligatures w14:val="none"/>
    </w:rPr>
  </w:style>
  <w:style w:type="paragraph" w:customStyle="1" w:styleId="416E593A2F424745917331FE82842900">
    <w:name w:val="416E593A2F424745917331FE82842900"/>
    <w:rsid w:val="00162252"/>
    <w:pPr>
      <w:spacing w:after="120" w:line="240" w:lineRule="auto"/>
    </w:pPr>
    <w:rPr>
      <w:rFonts w:ascii="Times New Roman" w:hAnsi="Times New Roman" w:cs="Times New Roman"/>
      <w:color w:val="000000"/>
      <w:kern w:val="0"/>
      <w:szCs w:val="22"/>
      <w14:ligatures w14:val="none"/>
    </w:rPr>
  </w:style>
  <w:style w:type="paragraph" w:customStyle="1" w:styleId="605320B9BB4B40D29AF27B8FE9DC1A8D">
    <w:name w:val="605320B9BB4B40D29AF27B8FE9DC1A8D"/>
    <w:rsid w:val="00162252"/>
    <w:pPr>
      <w:spacing w:after="120" w:line="240" w:lineRule="auto"/>
    </w:pPr>
    <w:rPr>
      <w:rFonts w:ascii="Times New Roman" w:hAnsi="Times New Roman" w:cs="Times New Roman"/>
      <w:color w:val="000000"/>
      <w:kern w:val="0"/>
      <w:szCs w:val="22"/>
      <w14:ligatures w14:val="none"/>
    </w:rPr>
  </w:style>
  <w:style w:type="paragraph" w:customStyle="1" w:styleId="F592738426314D58B720F890F243F67E">
    <w:name w:val="F592738426314D58B720F890F243F67E"/>
    <w:rsid w:val="00162252"/>
    <w:pPr>
      <w:spacing w:after="120" w:line="240" w:lineRule="auto"/>
    </w:pPr>
    <w:rPr>
      <w:rFonts w:ascii="Times New Roman" w:hAnsi="Times New Roman" w:cs="Times New Roman"/>
      <w:color w:val="000000"/>
      <w:kern w:val="0"/>
      <w:szCs w:val="22"/>
      <w14:ligatures w14:val="none"/>
    </w:rPr>
  </w:style>
  <w:style w:type="paragraph" w:customStyle="1" w:styleId="B3887E5789C04D59BF666B77981DD54D">
    <w:name w:val="B3887E5789C04D59BF666B77981DD54D"/>
    <w:rsid w:val="00162252"/>
    <w:pPr>
      <w:spacing w:after="120" w:line="240" w:lineRule="auto"/>
    </w:pPr>
    <w:rPr>
      <w:rFonts w:ascii="Times New Roman" w:hAnsi="Times New Roman" w:cs="Times New Roman"/>
      <w:color w:val="000000"/>
      <w:kern w:val="0"/>
      <w:szCs w:val="22"/>
      <w14:ligatures w14:val="none"/>
    </w:rPr>
  </w:style>
  <w:style w:type="paragraph" w:customStyle="1" w:styleId="DBF75DB82FFF4337971D01FC7A227D20">
    <w:name w:val="DBF75DB82FFF4337971D01FC7A227D20"/>
    <w:rsid w:val="00162252"/>
    <w:pPr>
      <w:spacing w:after="120" w:line="240" w:lineRule="auto"/>
    </w:pPr>
    <w:rPr>
      <w:rFonts w:ascii="Times New Roman" w:hAnsi="Times New Roman" w:cs="Times New Roman"/>
      <w:color w:val="000000"/>
      <w:kern w:val="0"/>
      <w:szCs w:val="22"/>
      <w14:ligatures w14:val="none"/>
    </w:rPr>
  </w:style>
  <w:style w:type="paragraph" w:customStyle="1" w:styleId="699EF496BFD949ACB3F96833A9326C55">
    <w:name w:val="699EF496BFD949ACB3F96833A9326C55"/>
    <w:rsid w:val="00162252"/>
    <w:pPr>
      <w:spacing w:after="120" w:line="240" w:lineRule="auto"/>
    </w:pPr>
    <w:rPr>
      <w:rFonts w:ascii="Times New Roman" w:hAnsi="Times New Roman" w:cs="Times New Roman"/>
      <w:color w:val="000000"/>
      <w:kern w:val="0"/>
      <w:szCs w:val="22"/>
      <w14:ligatures w14:val="none"/>
    </w:rPr>
  </w:style>
  <w:style w:type="paragraph" w:customStyle="1" w:styleId="2CBDBF157D684AD3BBFF4F3C655F611E">
    <w:name w:val="2CBDBF157D684AD3BBFF4F3C655F611E"/>
    <w:rsid w:val="00162252"/>
    <w:pPr>
      <w:spacing w:after="120" w:line="240" w:lineRule="auto"/>
    </w:pPr>
    <w:rPr>
      <w:rFonts w:ascii="Times New Roman" w:hAnsi="Times New Roman" w:cs="Times New Roman"/>
      <w:color w:val="000000"/>
      <w:kern w:val="0"/>
      <w:szCs w:val="22"/>
      <w14:ligatures w14:val="none"/>
    </w:rPr>
  </w:style>
  <w:style w:type="paragraph" w:customStyle="1" w:styleId="F497302AE1C3485DA08E6D955E85789F">
    <w:name w:val="F497302AE1C3485DA08E6D955E85789F"/>
    <w:rsid w:val="00162252"/>
    <w:pPr>
      <w:spacing w:after="120" w:line="240" w:lineRule="auto"/>
    </w:pPr>
    <w:rPr>
      <w:rFonts w:ascii="Times New Roman" w:hAnsi="Times New Roman" w:cs="Times New Roman"/>
      <w:color w:val="000000"/>
      <w:kern w:val="0"/>
      <w:szCs w:val="22"/>
      <w14:ligatures w14:val="none"/>
    </w:rPr>
  </w:style>
  <w:style w:type="paragraph" w:customStyle="1" w:styleId="8B1083E4CB9443769A1B8CD0DD72FD1C">
    <w:name w:val="8B1083E4CB9443769A1B8CD0DD72FD1C"/>
    <w:rsid w:val="00162252"/>
    <w:pPr>
      <w:spacing w:after="120" w:line="240" w:lineRule="auto"/>
    </w:pPr>
    <w:rPr>
      <w:rFonts w:ascii="Times New Roman" w:hAnsi="Times New Roman" w:cs="Times New Roman"/>
      <w:color w:val="000000"/>
      <w:kern w:val="0"/>
      <w:szCs w:val="22"/>
      <w14:ligatures w14:val="none"/>
    </w:rPr>
  </w:style>
  <w:style w:type="paragraph" w:customStyle="1" w:styleId="FAEB421E536F4DAAAE9EC3D1359515F7">
    <w:name w:val="FAEB421E536F4DAAAE9EC3D1359515F7"/>
    <w:rsid w:val="00162252"/>
    <w:pPr>
      <w:spacing w:after="120" w:line="240" w:lineRule="auto"/>
    </w:pPr>
    <w:rPr>
      <w:rFonts w:ascii="Times New Roman" w:hAnsi="Times New Roman" w:cs="Times New Roman"/>
      <w:color w:val="000000"/>
      <w:kern w:val="0"/>
      <w:szCs w:val="22"/>
      <w14:ligatures w14:val="none"/>
    </w:rPr>
  </w:style>
  <w:style w:type="paragraph" w:customStyle="1" w:styleId="6A35AC7EBB374B30A5BC974A9AFA912A">
    <w:name w:val="6A35AC7EBB374B30A5BC974A9AFA912A"/>
    <w:rsid w:val="00162252"/>
    <w:pPr>
      <w:spacing w:after="120" w:line="240" w:lineRule="auto"/>
    </w:pPr>
    <w:rPr>
      <w:rFonts w:ascii="Times New Roman" w:hAnsi="Times New Roman" w:cs="Times New Roman"/>
      <w:color w:val="000000"/>
      <w:kern w:val="0"/>
      <w:szCs w:val="22"/>
      <w14:ligatures w14:val="none"/>
    </w:rPr>
  </w:style>
  <w:style w:type="paragraph" w:customStyle="1" w:styleId="BF4E61C98ED04DAAB96D712B155D81DD">
    <w:name w:val="BF4E61C98ED04DAAB96D712B155D81DD"/>
    <w:rsid w:val="00162252"/>
    <w:pPr>
      <w:spacing w:after="120" w:line="240" w:lineRule="auto"/>
    </w:pPr>
    <w:rPr>
      <w:rFonts w:ascii="Times New Roman" w:hAnsi="Times New Roman" w:cs="Times New Roman"/>
      <w:color w:val="000000"/>
      <w:kern w:val="0"/>
      <w:szCs w:val="22"/>
      <w14:ligatures w14:val="none"/>
    </w:rPr>
  </w:style>
  <w:style w:type="paragraph" w:customStyle="1" w:styleId="A25C1A8F7506479792087B2874D6A684">
    <w:name w:val="A25C1A8F7506479792087B2874D6A684"/>
    <w:rsid w:val="00162252"/>
    <w:pPr>
      <w:spacing w:after="120" w:line="240" w:lineRule="auto"/>
    </w:pPr>
    <w:rPr>
      <w:rFonts w:ascii="Times New Roman" w:hAnsi="Times New Roman" w:cs="Times New Roman"/>
      <w:color w:val="000000"/>
      <w:kern w:val="0"/>
      <w:szCs w:val="22"/>
      <w14:ligatures w14:val="none"/>
    </w:rPr>
  </w:style>
  <w:style w:type="paragraph" w:customStyle="1" w:styleId="594AE0A0E2E2443AB53DABBB906DF107">
    <w:name w:val="594AE0A0E2E2443AB53DABBB906DF107"/>
    <w:rsid w:val="00162252"/>
    <w:pPr>
      <w:spacing w:after="120" w:line="240" w:lineRule="auto"/>
    </w:pPr>
    <w:rPr>
      <w:rFonts w:ascii="Times New Roman" w:hAnsi="Times New Roman" w:cs="Times New Roman"/>
      <w:color w:val="000000"/>
      <w:kern w:val="0"/>
      <w:szCs w:val="22"/>
      <w14:ligatures w14:val="none"/>
    </w:rPr>
  </w:style>
  <w:style w:type="paragraph" w:customStyle="1" w:styleId="A03B48DAD6C94D399E22C224E66C83D9">
    <w:name w:val="A03B48DAD6C94D399E22C224E66C83D9"/>
    <w:rsid w:val="00162252"/>
    <w:pPr>
      <w:spacing w:after="120" w:line="240" w:lineRule="auto"/>
    </w:pPr>
    <w:rPr>
      <w:rFonts w:ascii="Times New Roman" w:hAnsi="Times New Roman" w:cs="Times New Roman"/>
      <w:color w:val="000000"/>
      <w:kern w:val="0"/>
      <w:szCs w:val="22"/>
      <w14:ligatures w14:val="none"/>
    </w:rPr>
  </w:style>
  <w:style w:type="paragraph" w:customStyle="1" w:styleId="CFA2E87F73F14FCAB9FAE7B493F5E34A">
    <w:name w:val="CFA2E87F73F14FCAB9FAE7B493F5E34A"/>
    <w:rsid w:val="00162252"/>
    <w:pPr>
      <w:spacing w:after="120" w:line="240" w:lineRule="auto"/>
    </w:pPr>
    <w:rPr>
      <w:rFonts w:ascii="Times New Roman" w:hAnsi="Times New Roman" w:cs="Times New Roman"/>
      <w:color w:val="000000"/>
      <w:kern w:val="0"/>
      <w:szCs w:val="22"/>
      <w14:ligatures w14:val="none"/>
    </w:rPr>
  </w:style>
  <w:style w:type="paragraph" w:customStyle="1" w:styleId="7769BCB897114E998AE7BE7606CC7982">
    <w:name w:val="7769BCB897114E998AE7BE7606CC7982"/>
    <w:rsid w:val="00162252"/>
    <w:pPr>
      <w:spacing w:after="120" w:line="240" w:lineRule="auto"/>
    </w:pPr>
    <w:rPr>
      <w:rFonts w:ascii="Times New Roman" w:hAnsi="Times New Roman" w:cs="Times New Roman"/>
      <w:color w:val="000000"/>
      <w:kern w:val="0"/>
      <w:szCs w:val="22"/>
      <w14:ligatures w14:val="none"/>
    </w:rPr>
  </w:style>
  <w:style w:type="paragraph" w:customStyle="1" w:styleId="0F6A99F1C910410E844986E17D159087">
    <w:name w:val="0F6A99F1C910410E844986E17D159087"/>
    <w:rsid w:val="00162252"/>
    <w:pPr>
      <w:spacing w:after="120" w:line="240" w:lineRule="auto"/>
    </w:pPr>
    <w:rPr>
      <w:rFonts w:ascii="Times New Roman" w:hAnsi="Times New Roman" w:cs="Times New Roman"/>
      <w:color w:val="000000"/>
      <w:kern w:val="0"/>
      <w:szCs w:val="22"/>
      <w14:ligatures w14:val="none"/>
    </w:rPr>
  </w:style>
  <w:style w:type="paragraph" w:customStyle="1" w:styleId="0579BA90FDFC4CD796B7E06ABDE1CB1C">
    <w:name w:val="0579BA90FDFC4CD796B7E06ABDE1CB1C"/>
    <w:rsid w:val="00162252"/>
    <w:pPr>
      <w:spacing w:after="120" w:line="240" w:lineRule="auto"/>
    </w:pPr>
    <w:rPr>
      <w:rFonts w:ascii="Times New Roman" w:hAnsi="Times New Roman" w:cs="Times New Roman"/>
      <w:color w:val="000000"/>
      <w:kern w:val="0"/>
      <w:szCs w:val="22"/>
      <w14:ligatures w14:val="none"/>
    </w:rPr>
  </w:style>
  <w:style w:type="paragraph" w:customStyle="1" w:styleId="85E9AC19F8364634BD539E7474A75943">
    <w:name w:val="85E9AC19F8364634BD539E7474A75943"/>
    <w:rsid w:val="00162252"/>
    <w:pPr>
      <w:spacing w:after="120" w:line="240" w:lineRule="auto"/>
    </w:pPr>
    <w:rPr>
      <w:rFonts w:ascii="Times New Roman" w:hAnsi="Times New Roman" w:cs="Times New Roman"/>
      <w:color w:val="000000"/>
      <w:kern w:val="0"/>
      <w:szCs w:val="22"/>
      <w14:ligatures w14:val="none"/>
    </w:rPr>
  </w:style>
  <w:style w:type="paragraph" w:customStyle="1" w:styleId="86DC34A781504608A656181A8ACAD0B6">
    <w:name w:val="86DC34A781504608A656181A8ACAD0B6"/>
    <w:rsid w:val="00162252"/>
    <w:pPr>
      <w:spacing w:after="120" w:line="240" w:lineRule="auto"/>
    </w:pPr>
    <w:rPr>
      <w:rFonts w:ascii="Times New Roman" w:hAnsi="Times New Roman" w:cs="Times New Roman"/>
      <w:color w:val="000000"/>
      <w:kern w:val="0"/>
      <w:szCs w:val="22"/>
      <w14:ligatures w14:val="none"/>
    </w:rPr>
  </w:style>
  <w:style w:type="paragraph" w:customStyle="1" w:styleId="40451FCE6B9143F18BF29028FCE90598">
    <w:name w:val="40451FCE6B9143F18BF29028FCE90598"/>
    <w:rsid w:val="00162252"/>
    <w:pPr>
      <w:spacing w:after="120" w:line="240" w:lineRule="auto"/>
    </w:pPr>
    <w:rPr>
      <w:rFonts w:ascii="Times New Roman" w:hAnsi="Times New Roman" w:cs="Times New Roman"/>
      <w:color w:val="000000"/>
      <w:kern w:val="0"/>
      <w:szCs w:val="22"/>
      <w14:ligatures w14:val="none"/>
    </w:rPr>
  </w:style>
  <w:style w:type="paragraph" w:customStyle="1" w:styleId="5C02B12F6C6340F7AC2D43A9D3F46782">
    <w:name w:val="5C02B12F6C6340F7AC2D43A9D3F46782"/>
    <w:rsid w:val="00162252"/>
    <w:pPr>
      <w:spacing w:after="120" w:line="240" w:lineRule="auto"/>
    </w:pPr>
    <w:rPr>
      <w:rFonts w:ascii="Times New Roman" w:hAnsi="Times New Roman" w:cs="Times New Roman"/>
      <w:color w:val="000000"/>
      <w:kern w:val="0"/>
      <w:szCs w:val="22"/>
      <w14:ligatures w14:val="none"/>
    </w:rPr>
  </w:style>
  <w:style w:type="paragraph" w:customStyle="1" w:styleId="0C929466E5E24762ABE7B30F4DF065D0">
    <w:name w:val="0C929466E5E24762ABE7B30F4DF065D0"/>
    <w:rsid w:val="00162252"/>
    <w:pPr>
      <w:spacing w:after="120" w:line="240" w:lineRule="auto"/>
    </w:pPr>
    <w:rPr>
      <w:rFonts w:ascii="Times New Roman" w:hAnsi="Times New Roman" w:cs="Times New Roman"/>
      <w:color w:val="000000"/>
      <w:kern w:val="0"/>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mplianceStatement>
  <CompanyName/>
</ComplianceStatement>
</file>

<file path=customXml/item3.xml><?xml version="1.0" encoding="utf-8"?>
<ComplianceStatement>
  <DateIssued/>
</ComplianceStatement>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60791AA3-3266-42E7-A31C-E5136CF3C246}">
  <ds:schemaRefs/>
</ds:datastoreItem>
</file>

<file path=customXml/itemProps3.xml><?xml version="1.0" encoding="utf-8"?>
<ds:datastoreItem xmlns:ds="http://schemas.openxmlformats.org/officeDocument/2006/customXml" ds:itemID="{E47C89DC-7CBA-40A5-97DB-AE531E8B9B4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2657</Words>
  <Characters>15148</Characters>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2026-09-09T11:32:00Z</dcterms:created>
  <dcterms:modified xsi:type="dcterms:W3CDTF">2026-09-09T12:06:00Z</dcterms:modified>
  <cp:category/>
</cp:coreProperties>
</file>